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ontserrat" w:hAnsi="Montserrat"/>
          <w:b/>
          <w:i w:val="0"/>
          <w:color w:val="D4A017"/>
          <w:sz w:val="22"/>
        </w:rPr>
        <w:t>NOVABYTE AI SUCCESS SERIES</w:t>
      </w:r>
    </w:p>
    <w:p>
      <w:pPr>
        <w:jc w:val="center"/>
      </w:pPr>
      <w:r>
        <w:rPr>
          <w:rFonts w:ascii="Montserrat" w:hAnsi="Montserrat"/>
          <w:b/>
          <w:i w:val="0"/>
          <w:color w:val="0B1F33"/>
          <w:sz w:val="52"/>
        </w:rPr>
        <w:t>Résumé &amp; Cover Letter Templates</w:t>
      </w:r>
    </w:p>
    <w:p>
      <w:pPr>
        <w:jc w:val="center"/>
        <w:pBdr>
          <w:bottom w:val="single" w:sz="18" w:space="2" w:color="D4A017"/>
        </w:pBdr>
      </w:pPr>
    </w:p>
    <w:p>
      <w:pPr>
        <w:jc w:val="center"/>
      </w:pPr>
      <w:r>
        <w:rPr>
          <w:rFonts w:ascii="Lato" w:hAnsi="Lato"/>
          <w:b w:val="0"/>
          <w:i/>
          <w:color w:val="44546A"/>
          <w:sz w:val="24"/>
        </w:rPr>
        <w:t>Build a master résumé once, then tailor every application in twenty minutes.</w:t>
      </w:r>
    </w:p>
    <w:p>
      <w:r>
        <w:rPr>
          <w:rFonts w:ascii="Montserrat" w:hAnsi="Montserrat"/>
          <w:b/>
          <w:i w:val="0"/>
          <w:color w:val="B5590F"/>
          <w:sz w:val="22"/>
        </w:rPr>
        <w:t>⚠️ THE ONE RULE THAT NEVER BENDS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E67E22"/>
        </w:tblBorders>
      </w:tblPr>
      <w:tblGrid>
        <w:gridCol w:w="9936"/>
      </w:tblGrid>
      <w:tr>
        <w:tc>
          <w:tcPr>
            <w:tcW w:type="dxa" w:w="9936"/>
            <w:shd w:val="clear" w:fill="FDEFE2"/>
            <w:tcMar>
              <w:top w:w="120" w:type="dxa"/>
              <w:bottom w:w="12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AI will happily improve your résumé right past the truth — inflating titles, inventing achievements, adding skills you don't have. Everything here works inside one absolute rule: AI polishes how you say it; only you supply what is true. Lies surface in interviews, reference checks, and background screens, and they turn offers into withdrawals.</w:t>
            </w:r>
          </w:p>
        </w:tc>
      </w:tr>
    </w:tbl>
    <w:p>
      <w:pPr>
        <w:jc w:val="center"/>
      </w:pPr>
      <w:r>
        <w:rPr>
          <w:rFonts w:ascii="Lato" w:hAnsi="Lato"/>
          <w:b w:val="0"/>
          <w:i w:val="0"/>
          <w:color w:val="44546A"/>
          <w:sz w:val="22"/>
        </w:rPr>
        <w:t xml:space="preserve">Fill in the </w:t>
      </w:r>
      <w:r>
        <w:rPr>
          <w:rFonts w:ascii="Lato" w:hAnsi="Lato"/>
          <w:b w:val="0"/>
          <w:i/>
          <w:color w:val="6B3FA0"/>
          <w:sz w:val="22"/>
        </w:rPr>
        <w:t>[highlighted parts]</w:t>
      </w:r>
      <w:r>
        <w:rPr>
          <w:rFonts w:ascii="Lato" w:hAnsi="Lato"/>
          <w:b w:val="0"/>
          <w:i w:val="0"/>
          <w:color w:val="44546A"/>
          <w:sz w:val="22"/>
        </w:rPr>
        <w:t xml:space="preserve">.   </w:t>
      </w:r>
      <w:r>
        <w:rPr>
          <w:rFonts w:ascii="Lato" w:hAnsi="Lato"/>
          <w:b/>
          <w:i w:val="0"/>
          <w:color w:val="1F4E79"/>
          <w:sz w:val="22"/>
        </w:rPr>
        <w:t>AI drafts. You verify.</w:t>
      </w:r>
    </w:p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36"/>
        </w:rPr>
        <w:t xml:space="preserve">1.  </w:t>
      </w:r>
      <w:r>
        <w:rPr>
          <w:rFonts w:ascii="Montserrat" w:hAnsi="Montserrat"/>
          <w:b/>
          <w:i w:val="0"/>
          <w:color w:val="0B1F33"/>
          <w:sz w:val="36"/>
        </w:rPr>
        <w:t>Master Résumé Template</w:t>
      </w:r>
    </w:p>
    <w:p>
      <w:r>
        <w:rPr>
          <w:rFonts w:ascii="Lato" w:hAnsi="Lato"/>
          <w:b w:val="0"/>
          <w:i/>
          <w:color w:val="44546A"/>
          <w:sz w:val="22"/>
        </w:rPr>
        <w:t>Build this once, with every role and number. Tailor it to each job in twenty minutes.</w:t>
      </w:r>
    </w:p>
    <w:p>
      <w:r>
        <w:rPr>
          <w:rFonts w:ascii="Lato" w:hAnsi="Lato"/>
          <w:b w:val="0"/>
          <w:i/>
          <w:color w:val="44546A"/>
          <w:sz w:val="19"/>
        </w:rPr>
        <w:t>This is your master copy - long, complete, private. You never send it. For each job, you copy it and cut the top third down to what THIS employer asks for.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880"/>
        <w:gridCol w:w="6624"/>
      </w:tblGrid>
      <w:tr>
        <w:tc>
          <w:tcPr>
            <w:tcW w:type="dxa" w:w="4968"/>
            <w:shd w:val="clear" w:fill="F4F6F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Full name</w:t>
            </w:r>
          </w:p>
        </w:tc>
        <w:tc>
          <w:tcPr>
            <w:tcW w:type="dxa" w:w="496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[your name]</w:t>
            </w:r>
          </w:p>
        </w:tc>
      </w:tr>
      <w:tr>
        <w:tc>
          <w:tcPr>
            <w:tcW w:type="dxa" w:w="4968"/>
            <w:shd w:val="clear" w:fill="F4F6F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Headline</w:t>
            </w:r>
          </w:p>
        </w:tc>
        <w:tc>
          <w:tcPr>
            <w:tcW w:type="dxa" w:w="496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[the role you're targeting - e.g. Operations Coordinator]</w:t>
            </w:r>
          </w:p>
        </w:tc>
      </w:tr>
      <w:tr>
        <w:tc>
          <w:tcPr>
            <w:tcW w:type="dxa" w:w="4968"/>
            <w:shd w:val="clear" w:fill="F4F6F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Contact</w:t>
            </w:r>
          </w:p>
        </w:tc>
        <w:tc>
          <w:tcPr>
            <w:tcW w:type="dxa" w:w="496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[email · phone · city · LinkedIn]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Professional summary</w:t>
      </w:r>
    </w:p>
    <w:p>
      <w:r>
        <w:rPr>
          <w:rFonts w:ascii="Lato" w:hAnsi="Lato"/>
          <w:b w:val="0"/>
          <w:i/>
          <w:color w:val="44546A"/>
          <w:sz w:val="19"/>
        </w:rPr>
        <w:t>Three to four lines: who you are, your strongest proof, what you’re aiming at. Rewrite this per job; it’s the most-read part.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Experience</w:t>
      </w:r>
    </w:p>
    <w:p>
      <w:r>
        <w:rPr>
          <w:rFonts w:ascii="Lato" w:hAnsi="Lato"/>
          <w:b w:val="0"/>
          <w:i/>
          <w:color w:val="44546A"/>
          <w:sz w:val="19"/>
        </w:rPr>
        <w:t>For each role: what you did, and the RESULT with a number. "Cut invoice errors 30%" beats "responsible for invoicing." Real numbers only.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Role &amp; company</w:t>
            </w:r>
          </w:p>
        </w:tc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Dates</w:t>
            </w:r>
          </w:p>
        </w:tc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Achievement (with a number)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Skills</w:t>
      </w:r>
    </w:p>
    <w:p>
      <w:r>
        <w:rPr>
          <w:rFonts w:ascii="Lato" w:hAnsi="Lato"/>
          <w:b w:val="0"/>
          <w:i/>
          <w:color w:val="44546A"/>
          <w:sz w:val="19"/>
        </w:rPr>
        <w:t>Only skills you actually have and could be questioned on.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Education &amp; certifications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Qualification</w:t>
            </w:r>
          </w:p>
        </w:tc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Institution</w:t>
            </w:r>
          </w:p>
        </w:tc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Year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TAILOR IT TO A JOB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10" w:type="dxa"/>
              <w:bottom w:w="11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Here is my master résumé: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Here is the job description: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 Map my real experience against what they ask for, then rewrite my summary and reorder my bullets to lead with what matters most to THIS employer. Add nothing I didn't do; flag any gap between what they want and what I have.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36"/>
        </w:rPr>
        <w:t xml:space="preserve">2.  </w:t>
      </w:r>
      <w:r>
        <w:rPr>
          <w:rFonts w:ascii="Montserrat" w:hAnsi="Montserrat"/>
          <w:b/>
          <w:i w:val="0"/>
          <w:color w:val="0B1F33"/>
          <w:sz w:val="36"/>
        </w:rPr>
        <w:t>Cover Letter Template</w:t>
      </w:r>
    </w:p>
    <w:p>
      <w:r>
        <w:rPr>
          <w:rFonts w:ascii="Lato" w:hAnsi="Lato"/>
          <w:b w:val="0"/>
          <w:i/>
          <w:color w:val="44546A"/>
          <w:sz w:val="22"/>
        </w:rPr>
        <w:t>Connect three of your real results to three of their stated needs.</w:t>
      </w:r>
    </w:p>
    <w:p>
      <w:r>
        <w:rPr>
          <w:rFonts w:ascii="Lato" w:hAnsi="Lato"/>
          <w:b w:val="0"/>
          <w:i/>
          <w:color w:val="44546A"/>
          <w:sz w:val="19"/>
        </w:rPr>
        <w:t>A good cover letter is not a summary of your résumé. It is an argument: here are three things you need, and here is proof I have done each.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880"/>
        <w:gridCol w:w="6624"/>
      </w:tblGrid>
      <w:tr>
        <w:tc>
          <w:tcPr>
            <w:tcW w:type="dxa" w:w="4968"/>
            <w:shd w:val="clear" w:fill="F4F6F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To</w:t>
            </w:r>
          </w:p>
        </w:tc>
        <w:tc>
          <w:tcPr>
            <w:tcW w:type="dxa" w:w="496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[hiring manager / team]</w:t>
            </w:r>
          </w:p>
        </w:tc>
      </w:tr>
      <w:tr>
        <w:tc>
          <w:tcPr>
            <w:tcW w:type="dxa" w:w="4968"/>
            <w:shd w:val="clear" w:fill="F4F6F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Role</w:t>
            </w:r>
          </w:p>
        </w:tc>
        <w:tc>
          <w:tcPr>
            <w:tcW w:type="dxa" w:w="496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[position title]</w:t>
            </w:r>
          </w:p>
        </w:tc>
      </w:tr>
      <w:tr>
        <w:tc>
          <w:tcPr>
            <w:tcW w:type="dxa" w:w="4968"/>
            <w:shd w:val="clear" w:fill="F4F6F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Company</w:t>
            </w:r>
          </w:p>
        </w:tc>
        <w:tc>
          <w:tcPr>
            <w:tcW w:type="dxa" w:w="4968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Opening - why this role, this company</w:t>
      </w:r>
    </w:p>
    <w:p>
      <w:r>
        <w:rPr>
          <w:rFonts w:ascii="Lato" w:hAnsi="Lato"/>
          <w:b w:val="0"/>
          <w:i/>
          <w:color w:val="44546A"/>
          <w:sz w:val="19"/>
        </w:rPr>
        <w:t>One specific, genuine reason. Not "I am excited by this opportunity."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The three matches (the body)</w:t>
      </w:r>
    </w:p>
    <w:p>
      <w:r>
        <w:rPr>
          <w:rFonts w:ascii="Lato" w:hAnsi="Lato"/>
          <w:b w:val="0"/>
          <w:i/>
          <w:color w:val="44546A"/>
          <w:sz w:val="19"/>
        </w:rPr>
        <w:t>Their need -&gt; your proof. Pull their needs from the job description; pull your proof from real results.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4968"/>
        <w:gridCol w:w="4968"/>
      </w:tblGrid>
      <w:tr>
        <w:tc>
          <w:tcPr>
            <w:tcW w:type="dxa" w:w="4968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Their stated need</w:t>
            </w:r>
          </w:p>
        </w:tc>
        <w:tc>
          <w:tcPr>
            <w:tcW w:type="dxa" w:w="4968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My real result that proves I can do it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Close - a confident, simple next step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0"/>
        </w:rPr>
        <w:t>⭐ DRAFT THE LETTER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10" w:type="dxa"/>
              <w:bottom w:w="11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Write a cover letter for the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[role]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 at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[company]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Job description: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My relevant results: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 three real achievements]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 Connect three of their needs to three of my results. Concise, specific, ATS-friendly, in a warm professional tone. Invent no qualifications I didn't give you.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36"/>
        </w:rPr>
        <w:t xml:space="preserve">3.  </w:t>
      </w:r>
      <w:r>
        <w:rPr>
          <w:rFonts w:ascii="Montserrat" w:hAnsi="Montserrat"/>
          <w:b/>
          <w:i w:val="0"/>
          <w:color w:val="0B1F33"/>
          <w:sz w:val="36"/>
        </w:rPr>
        <w:t>Interview Prep Script</w:t>
      </w:r>
    </w:p>
    <w:p>
      <w:r>
        <w:rPr>
          <w:rFonts w:ascii="Lato" w:hAnsi="Lato"/>
          <w:b w:val="0"/>
          <w:i/>
          <w:color w:val="44546A"/>
          <w:sz w:val="22"/>
        </w:rPr>
        <w:t>Make AI your toughest interviewer before the real one calls.</w:t>
      </w:r>
    </w:p>
    <w:p>
      <w:r>
        <w:rPr>
          <w:rFonts w:ascii="Lato" w:hAnsi="Lato"/>
          <w:b w:val="0"/>
          <w:i/>
          <w:color w:val="44546A"/>
          <w:sz w:val="19"/>
        </w:rPr>
        <w:t>The questions you dread are the ones to rehearse aloud. AI can ask them endlessly, then critique your answers - with none of the stakes.</w:t>
      </w:r>
    </w:p>
    <w:p>
      <w:r>
        <w:rPr>
          <w:rFonts w:ascii="Montserrat" w:hAnsi="Montserrat"/>
          <w:b/>
          <w:i w:val="0"/>
          <w:color w:val="1F4E79"/>
          <w:sz w:val="24"/>
        </w:rPr>
        <w:t>Questions I’m dreading</w:t>
      </w:r>
    </w:p>
    <w:p>
      <w:r>
        <w:rPr>
          <w:rFonts w:ascii="Lato" w:hAnsi="Lato"/>
          <w:b w:val="0"/>
          <w:i/>
          <w:color w:val="44546A"/>
          <w:sz w:val="19"/>
        </w:rPr>
        <w:t>List them honestly - the gap, the weakness, the "why did you leave."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My key stories (STAR: Situation, Task, Action, Result)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Question it answers</w:t>
            </w:r>
          </w:p>
        </w:tc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The story, in one line</w:t>
            </w:r>
          </w:p>
        </w:tc>
        <w:tc>
          <w:tcPr>
            <w:tcW w:type="dxa" w:w="3312"/>
            <w:shd w:val="clear" w:fill="1F4E79"/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19"/>
              </w:rPr>
              <w:t>The number at the end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10" w:type="dxa"/>
              <w:end w:w="11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Questions to ask them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18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0"/>
        </w:rPr>
        <w:t>⭐ RUN A MOCK INTERVIEW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10" w:type="dxa"/>
              <w:bottom w:w="11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You are the hiring manager for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[role]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Based on this job description and my résumé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 both]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, interview me: ask the 8 hardest questions you'd really ask, including 2 about weaknesses I seem to have. Ask one at a time, wait for my answer, then critique it before the next.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⭐ PRESSURE-TEST ONE ANSWER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10" w:type="dxa"/>
              <w:bottom w:w="110" w:type="dxa"/>
              <w:start w:w="110" w:type="dxa"/>
              <w:end w:w="110" w:type="dxa"/>
            </w:tcMar>
          </w:tcPr>
          <w:p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You are a skeptical interviewer. Here's my answer to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[question]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 What's weak, vague, or unconvincing about it? Give me a tighter version that stays completely truthful.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ontserrat" w:hAnsi="Montserrat"/>
        <w:b w:val="0"/>
        <w:i w:val="0"/>
        <w:color w:val="44546A"/>
        <w:sz w:val="16"/>
      </w:rPr>
      <w:t xml:space="preserve">novabytepress.com   ·   Résumé &amp; Cover Letter Templates   ·   </w:t>
    </w:r>
    <w:r>
      <w:rPr>
        <w:rFonts w:ascii="Montserrat" w:hAnsi="Montserrat"/>
        <w:b/>
        <w:i w:val="0"/>
        <w:color w:val="1F4E79"/>
        <w:sz w:val="16"/>
      </w:rPr>
      <w:t>AI drafts. You verify.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ato" w:hAnsi="Lato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