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ontserrat" w:hAnsi="Montserrat"/>
          <w:b/>
          <w:i w:val="0"/>
          <w:color w:val="D4A017"/>
          <w:sz w:val="22"/>
        </w:rPr>
        <w:t>NOVABYTE AI SUCCESS SERIES</w:t>
      </w:r>
    </w:p>
    <w:p>
      <w:pPr>
        <w:jc w:val="center"/>
      </w:pPr>
      <w:r>
        <w:rPr>
          <w:rFonts w:ascii="Montserrat" w:hAnsi="Montserrat"/>
          <w:b/>
          <w:i w:val="0"/>
          <w:color w:val="0B1F33"/>
          <w:sz w:val="64"/>
        </w:rPr>
        <w:t>Research Templates</w:t>
      </w:r>
    </w:p>
    <w:p>
      <w:pPr>
        <w:jc w:val="center"/>
        <w:pBdr>
          <w:bottom w:val="single" w:sz="18" w:space="2" w:color="D4A017"/>
        </w:pBdr>
      </w:pPr>
    </w:p>
    <w:p>
      <w:pPr>
        <w:jc w:val="center"/>
      </w:pPr>
      <w:r>
        <w:rPr>
          <w:rFonts w:ascii="Lato" w:hAnsi="Lato"/>
          <w:b w:val="0"/>
          <w:i/>
          <w:color w:val="44546A"/>
          <w:sz w:val="24"/>
        </w:rPr>
        <w:t>Five worksheets built on the NovaByte Research Method: Ask, Find, Evaluate, Synthesize, Verify.</w:t>
      </w:r>
    </w:p>
    <w:p>
      <w:pPr>
        <w:jc w:val="center"/>
      </w:pPr>
      <w:r>
        <w:rPr>
          <w:rFonts w:ascii="Lato" w:hAnsi="Lato"/>
          <w:b w:val="0"/>
          <w:i w:val="0"/>
          <w:color w:val="44546A"/>
          <w:sz w:val="20"/>
        </w:rPr>
        <w:t>Search Log  ·  Source Evaluation Sheet  ·  Five Questions Card  ·  Synthesis Matrix  ·  Literature Review Outline</w:t>
      </w:r>
    </w:p>
    <w:p>
      <w:pPr>
        <w:jc w:val="center"/>
      </w:pPr>
      <w:r>
        <w:rPr>
          <w:rFonts w:ascii="Lato" w:hAnsi="Lato"/>
          <w:b w:val="0"/>
          <w:i w:val="0"/>
          <w:color w:val="44546A"/>
          <w:sz w:val="22"/>
        </w:rPr>
        <w:t xml:space="preserve">Fill in the </w:t>
      </w:r>
      <w:r>
        <w:rPr>
          <w:rFonts w:ascii="Lato" w:hAnsi="Lato"/>
          <w:b w:val="0"/>
          <w:i/>
          <w:color w:val="6B3FA0"/>
          <w:sz w:val="22"/>
        </w:rPr>
        <w:t>[highlighted parts]</w:t>
      </w:r>
      <w:r>
        <w:rPr>
          <w:rFonts w:ascii="Lato" w:hAnsi="Lato"/>
          <w:b w:val="0"/>
          <w:i w:val="0"/>
          <w:color w:val="44546A"/>
          <w:sz w:val="22"/>
        </w:rPr>
        <w:t xml:space="preserve">.   </w:t>
      </w:r>
      <w:r>
        <w:rPr>
          <w:rFonts w:ascii="Lato" w:hAnsi="Lato"/>
          <w:b/>
          <w:i w:val="0"/>
          <w:color w:val="1F4E79"/>
          <w:sz w:val="22"/>
        </w:rPr>
        <w:t>AI drafts. You verify.</w:t>
      </w:r>
    </w:p>
    <w:p>
      <w:r>
        <w:br w:type="page"/>
      </w:r>
    </w:p>
    <w:p>
      <w:pPr>
        <w:pBdr>
          <w:bottom w:val="single" w:sz="18" w:space="2" w:color="D4A017"/>
        </w:pBdr>
      </w:pPr>
      <w:r>
        <w:rPr>
          <w:rFonts w:ascii="Montserrat" w:hAnsi="Montserrat"/>
          <w:b/>
          <w:i w:val="0"/>
          <w:color w:val="D4A017"/>
          <w:sz w:val="36"/>
        </w:rPr>
        <w:t xml:space="preserve">1.  </w:t>
      </w:r>
      <w:r>
        <w:rPr>
          <w:rFonts w:ascii="Montserrat" w:hAnsi="Montserrat"/>
          <w:b/>
          <w:i w:val="0"/>
          <w:color w:val="0B1F33"/>
          <w:sz w:val="36"/>
        </w:rPr>
        <w:t>Search Log</w:t>
      </w:r>
    </w:p>
    <w:p>
      <w:r>
        <w:rPr>
          <w:rFonts w:ascii="Lato" w:hAnsi="Lato"/>
          <w:b w:val="0"/>
          <w:i/>
          <w:color w:val="44546A"/>
          <w:sz w:val="22"/>
        </w:rPr>
        <w:t>Ask &amp; Find - track what you searched, where, and what it returned.</w:t>
      </w:r>
    </w:p>
    <w:tbl>
      <w:tblPr>
        <w:tblW w:type="auto" w:w="0"/>
        <w:tblLook w:firstColumn="1" w:firstRow="1" w:lastColumn="0" w:lastRow="0" w:noHBand="0" w:noVBand="1" w:val="04A0"/>
        <w:tblBorders>
          <w:top w:val="single" w:sz="4" w:space="0" w:color="EDEFF2"/>
          <w:left w:val="single" w:sz="4" w:space="0" w:color="EDEFF2"/>
          <w:bottom w:val="single" w:sz="4" w:space="0" w:color="EDEFF2"/>
          <w:right w:val="single" w:sz="4" w:space="0" w:color="EDEFF2"/>
          <w:insideH w:val="single" w:sz="4" w:space="0" w:color="EDEFF2"/>
          <w:insideV w:val="single" w:sz="4" w:space="0" w:color="EDEFF2"/>
        </w:tblBorders>
      </w:tblPr>
      <w:tblGrid>
        <w:gridCol w:w="2880"/>
        <w:gridCol w:w="6624"/>
      </w:tblGrid>
      <w:tr>
        <w:tc>
          <w:tcPr>
            <w:tcW w:type="dxa" w:w="4968"/>
            <w:shd w:val="clear" w:fill="F4F6F8"/>
            <w:tcMar>
              <w:top w:w="70" w:type="dxa"/>
              <w:bottom w:w="70" w:type="dxa"/>
              <w:start w:w="110" w:type="dxa"/>
              <w:end w:w="110" w:type="dxa"/>
            </w:tcMar>
          </w:tcPr>
          <w:p>
            <w:r>
              <w:rPr>
                <w:rFonts w:ascii="Montserrat" w:hAnsi="Montserrat"/>
                <w:b/>
                <w:i w:val="0"/>
                <w:color w:val="1F4E79"/>
                <w:sz w:val="21"/>
              </w:rPr>
              <w:t>Research question</w:t>
            </w:r>
          </w:p>
        </w:tc>
        <w:tc>
          <w:tcPr>
            <w:tcW w:type="dxa" w:w="4968"/>
            <w:tcMar>
              <w:top w:w="70" w:type="dxa"/>
              <w:bottom w:w="70" w:type="dxa"/>
              <w:start w:w="110" w:type="dxa"/>
              <w:end w:w="110" w:type="dxa"/>
            </w:tcMar>
          </w:tcPr>
          <w:p>
            <w:r>
              <w:rPr>
                <w:rFonts w:ascii="Lato" w:hAnsi="Lato"/>
                <w:b w:val="0"/>
                <w:i/>
                <w:color w:val="6B3FA0"/>
                <w:sz w:val="21"/>
              </w:rPr>
              <w:t>[your focused, specific question]</w:t>
            </w:r>
          </w:p>
        </w:tc>
      </w:tr>
      <w:tr>
        <w:tc>
          <w:tcPr>
            <w:tcW w:type="dxa" w:w="4968"/>
            <w:shd w:val="clear" w:fill="F4F6F8"/>
            <w:tcMar>
              <w:top w:w="70" w:type="dxa"/>
              <w:bottom w:w="70" w:type="dxa"/>
              <w:start w:w="110" w:type="dxa"/>
              <w:end w:w="110" w:type="dxa"/>
            </w:tcMar>
          </w:tcPr>
          <w:p>
            <w:r>
              <w:rPr>
                <w:rFonts w:ascii="Montserrat" w:hAnsi="Montserrat"/>
                <w:b/>
                <w:i w:val="0"/>
                <w:color w:val="1F4E79"/>
                <w:sz w:val="21"/>
              </w:rPr>
              <w:t>Date started</w:t>
            </w:r>
          </w:p>
        </w:tc>
        <w:tc>
          <w:tcPr>
            <w:tcW w:type="dxa" w:w="4968"/>
            <w:tcMar>
              <w:top w:w="70" w:type="dxa"/>
              <w:bottom w:w="70" w:type="dxa"/>
              <w:start w:w="110" w:type="dxa"/>
              <w:end w:w="110" w:type="dxa"/>
            </w:tcMar>
          </w:tcPr>
          <w:p>
            <w:r>
              <w:rPr>
                <w:rFonts w:ascii="Lato" w:hAnsi="Lato"/>
                <w:b w:val="0"/>
                <w:i/>
                <w:color w:val="6B3FA0"/>
                <w:sz w:val="21"/>
              </w:rPr>
              <w:t>[when]</w:t>
            </w:r>
          </w:p>
        </w:tc>
      </w:tr>
    </w:tbl>
    <w:p>
      <w:pPr>
        <w:spacing w:after="40"/>
      </w:pPr>
    </w:p>
    <w:p>
      <w:r>
        <w:rPr>
          <w:rFonts w:ascii="Lato" w:hAnsi="Lato"/>
          <w:b w:val="0"/>
          <w:i/>
          <w:color w:val="44546A"/>
          <w:sz w:val="19"/>
        </w:rPr>
        <w:t>Shrink the question first: a topic has thousands of papers; a specific question has a searchable few.</w:t>
      </w:r>
    </w:p>
    <w:p>
      <w:r>
        <w:rPr>
          <w:rFonts w:ascii="Montserrat" w:hAnsi="Montserrat"/>
          <w:b/>
          <w:i w:val="0"/>
          <w:color w:val="1F4E79"/>
          <w:sz w:val="24"/>
        </w:rPr>
        <w:t>Search terms &amp; synonyms</w:t>
      </w:r>
    </w:p>
    <w:p>
      <w:r>
        <w:rPr>
          <w:rFonts w:ascii="Lato" w:hAnsi="Lato"/>
          <w:b w:val="0"/>
          <w:i/>
          <w:color w:val="44546A"/>
          <w:sz w:val="19"/>
        </w:rPr>
        <w:t>Build these with AI, then run them in real databases (Google Scholar, PubMed, JSTOR).</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4968"/>
        <w:gridCol w:w="4968"/>
      </w:tblGrid>
      <w:tr>
        <w:tc>
          <w:tcPr>
            <w:tcW w:type="dxa" w:w="4968"/>
            <w:shd w:val="clear" w:fill="1F4E79"/>
            <w:tcMar>
              <w:top w:w="70" w:type="dxa"/>
              <w:bottom w:w="70" w:type="dxa"/>
              <w:start w:w="110" w:type="dxa"/>
              <w:end w:w="110" w:type="dxa"/>
            </w:tcMar>
          </w:tcPr>
          <w:p>
            <w:r>
              <w:rPr>
                <w:rFonts w:ascii="Montserrat" w:hAnsi="Montserrat"/>
                <w:b/>
                <w:i w:val="0"/>
                <w:color w:val="FFFFFF"/>
                <w:sz w:val="19"/>
              </w:rPr>
              <w:t>Concept</w:t>
            </w:r>
          </w:p>
        </w:tc>
        <w:tc>
          <w:tcPr>
            <w:tcW w:type="dxa" w:w="4968"/>
            <w:shd w:val="clear" w:fill="1F4E79"/>
            <w:tcMar>
              <w:top w:w="70" w:type="dxa"/>
              <w:bottom w:w="70" w:type="dxa"/>
              <w:start w:w="110" w:type="dxa"/>
              <w:end w:w="110" w:type="dxa"/>
            </w:tcMar>
          </w:tcPr>
          <w:p>
            <w:r>
              <w:rPr>
                <w:rFonts w:ascii="Montserrat" w:hAnsi="Montserrat"/>
                <w:b/>
                <w:i w:val="0"/>
                <w:color w:val="FFFFFF"/>
                <w:sz w:val="19"/>
              </w:rPr>
              <w:t>Search terms / synonyms tried</w:t>
            </w:r>
          </w:p>
        </w:tc>
      </w:tr>
      <w:tr>
        <w:tc>
          <w:tcPr>
            <w:tcW w:type="dxa" w:w="4968"/>
            <w:tcMar>
              <w:top w:w="90" w:type="dxa"/>
              <w:bottom w:w="90" w:type="dxa"/>
              <w:start w:w="110" w:type="dxa"/>
              <w:end w:w="110" w:type="dxa"/>
            </w:tcMar>
          </w:tcPr>
          <w:p>
            <w:r>
              <w:t xml:space="preserve"> </w:t>
            </w:r>
          </w:p>
        </w:tc>
        <w:tc>
          <w:tcPr>
            <w:tcW w:type="dxa" w:w="4968"/>
            <w:tcMar>
              <w:top w:w="90" w:type="dxa"/>
              <w:bottom w:w="90" w:type="dxa"/>
              <w:start w:w="110" w:type="dxa"/>
              <w:end w:w="110" w:type="dxa"/>
            </w:tcMar>
          </w:tcPr>
          <w:p>
            <w:r>
              <w:t xml:space="preserve"> </w:t>
            </w:r>
          </w:p>
        </w:tc>
      </w:tr>
      <w:tr>
        <w:tc>
          <w:tcPr>
            <w:tcW w:type="dxa" w:w="4968"/>
            <w:tcMar>
              <w:top w:w="90" w:type="dxa"/>
              <w:bottom w:w="90" w:type="dxa"/>
              <w:start w:w="110" w:type="dxa"/>
              <w:end w:w="110" w:type="dxa"/>
            </w:tcMar>
            <w:shd w:val="clear" w:fill="F7F9FB"/>
          </w:tcPr>
          <w:p>
            <w:r>
              <w:t xml:space="preserve"> </w:t>
            </w:r>
          </w:p>
        </w:tc>
        <w:tc>
          <w:tcPr>
            <w:tcW w:type="dxa" w:w="4968"/>
            <w:tcMar>
              <w:top w:w="90" w:type="dxa"/>
              <w:bottom w:w="90" w:type="dxa"/>
              <w:start w:w="110" w:type="dxa"/>
              <w:end w:w="110" w:type="dxa"/>
            </w:tcMar>
            <w:shd w:val="clear" w:fill="F7F9FB"/>
          </w:tcPr>
          <w:p>
            <w:r>
              <w:t xml:space="preserve"> </w:t>
            </w:r>
          </w:p>
        </w:tc>
      </w:tr>
      <w:tr>
        <w:tc>
          <w:tcPr>
            <w:tcW w:type="dxa" w:w="4968"/>
            <w:tcMar>
              <w:top w:w="90" w:type="dxa"/>
              <w:bottom w:w="90" w:type="dxa"/>
              <w:start w:w="110" w:type="dxa"/>
              <w:end w:w="110" w:type="dxa"/>
            </w:tcMar>
          </w:tcPr>
          <w:p>
            <w:r>
              <w:t xml:space="preserve"> </w:t>
            </w:r>
          </w:p>
        </w:tc>
        <w:tc>
          <w:tcPr>
            <w:tcW w:type="dxa" w:w="4968"/>
            <w:tcMar>
              <w:top w:w="90" w:type="dxa"/>
              <w:bottom w:w="90" w:type="dxa"/>
              <w:start w:w="110" w:type="dxa"/>
              <w:end w:w="110" w:type="dxa"/>
            </w:tcMar>
          </w:tcPr>
          <w:p>
            <w:r>
              <w:t xml:space="preserve"> </w:t>
            </w:r>
          </w:p>
        </w:tc>
      </w:tr>
      <w:tr>
        <w:tc>
          <w:tcPr>
            <w:tcW w:type="dxa" w:w="4968"/>
            <w:tcMar>
              <w:top w:w="90" w:type="dxa"/>
              <w:bottom w:w="90" w:type="dxa"/>
              <w:start w:w="110" w:type="dxa"/>
              <w:end w:w="110" w:type="dxa"/>
            </w:tcMar>
            <w:shd w:val="clear" w:fill="F7F9FB"/>
          </w:tcPr>
          <w:p>
            <w:r>
              <w:t xml:space="preserve"> </w:t>
            </w:r>
          </w:p>
        </w:tc>
        <w:tc>
          <w:tcPr>
            <w:tcW w:type="dxa" w:w="4968"/>
            <w:tcMar>
              <w:top w:w="90" w:type="dxa"/>
              <w:bottom w:w="90" w:type="dxa"/>
              <w:start w:w="110" w:type="dxa"/>
              <w:end w:w="110" w:type="dxa"/>
            </w:tcMar>
            <w:shd w:val="clear" w:fill="F7F9FB"/>
          </w:tcPr>
          <w:p>
            <w:r>
              <w:t xml:space="preserve"> </w:t>
            </w:r>
          </w:p>
        </w:tc>
      </w:tr>
      <w:tr>
        <w:tc>
          <w:tcPr>
            <w:tcW w:type="dxa" w:w="4968"/>
            <w:tcMar>
              <w:top w:w="90" w:type="dxa"/>
              <w:bottom w:w="90" w:type="dxa"/>
              <w:start w:w="110" w:type="dxa"/>
              <w:end w:w="110" w:type="dxa"/>
            </w:tcMar>
          </w:tcPr>
          <w:p>
            <w:r>
              <w:t xml:space="preserve"> </w:t>
            </w:r>
          </w:p>
        </w:tc>
        <w:tc>
          <w:tcPr>
            <w:tcW w:type="dxa" w:w="4968"/>
            <w:tcMar>
              <w:top w:w="90" w:type="dxa"/>
              <w:bottom w:w="90" w:type="dxa"/>
              <w:start w:w="110" w:type="dxa"/>
              <w:end w:w="110" w:type="dxa"/>
            </w:tcMar>
          </w:tcPr>
          <w:p>
            <w:r>
              <w:t xml:space="preserve"> </w:t>
            </w:r>
          </w:p>
        </w:tc>
      </w:tr>
    </w:tbl>
    <w:p>
      <w:pPr>
        <w:spacing w:after="40"/>
      </w:pPr>
    </w:p>
    <w:p>
      <w:r>
        <w:rPr>
          <w:rFonts w:ascii="Montserrat" w:hAnsi="Montserrat"/>
          <w:b/>
          <w:i w:val="0"/>
          <w:color w:val="1F4E79"/>
          <w:sz w:val="24"/>
        </w:rPr>
        <w:t>Where I searched</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2484"/>
        <w:gridCol w:w="2484"/>
        <w:gridCol w:w="2484"/>
        <w:gridCol w:w="2484"/>
      </w:tblGrid>
      <w:tr>
        <w:tc>
          <w:tcPr>
            <w:tcW w:type="dxa" w:w="2484"/>
            <w:shd w:val="clear" w:fill="1F4E79"/>
            <w:tcMar>
              <w:top w:w="70" w:type="dxa"/>
              <w:bottom w:w="70" w:type="dxa"/>
              <w:start w:w="110" w:type="dxa"/>
              <w:end w:w="110" w:type="dxa"/>
            </w:tcMar>
          </w:tcPr>
          <w:p>
            <w:r>
              <w:rPr>
                <w:rFonts w:ascii="Montserrat" w:hAnsi="Montserrat"/>
                <w:b/>
                <w:i w:val="0"/>
                <w:color w:val="FFFFFF"/>
                <w:sz w:val="19"/>
              </w:rPr>
              <w:t>Database / source</w:t>
            </w:r>
          </w:p>
        </w:tc>
        <w:tc>
          <w:tcPr>
            <w:tcW w:type="dxa" w:w="2484"/>
            <w:shd w:val="clear" w:fill="1F4E79"/>
            <w:tcMar>
              <w:top w:w="70" w:type="dxa"/>
              <w:bottom w:w="70" w:type="dxa"/>
              <w:start w:w="110" w:type="dxa"/>
              <w:end w:w="110" w:type="dxa"/>
            </w:tcMar>
          </w:tcPr>
          <w:p>
            <w:r>
              <w:rPr>
                <w:rFonts w:ascii="Montserrat" w:hAnsi="Montserrat"/>
                <w:b/>
                <w:i w:val="0"/>
                <w:color w:val="FFFFFF"/>
                <w:sz w:val="19"/>
              </w:rPr>
              <w:t>Date</w:t>
            </w:r>
          </w:p>
        </w:tc>
        <w:tc>
          <w:tcPr>
            <w:tcW w:type="dxa" w:w="2484"/>
            <w:shd w:val="clear" w:fill="1F4E79"/>
            <w:tcMar>
              <w:top w:w="70" w:type="dxa"/>
              <w:bottom w:w="70" w:type="dxa"/>
              <w:start w:w="110" w:type="dxa"/>
              <w:end w:w="110" w:type="dxa"/>
            </w:tcMar>
          </w:tcPr>
          <w:p>
            <w:r>
              <w:rPr>
                <w:rFonts w:ascii="Montserrat" w:hAnsi="Montserrat"/>
                <w:b/>
                <w:i w:val="0"/>
                <w:color w:val="FFFFFF"/>
                <w:sz w:val="19"/>
              </w:rPr>
              <w:t>Results found</w:t>
            </w:r>
          </w:p>
        </w:tc>
        <w:tc>
          <w:tcPr>
            <w:tcW w:type="dxa" w:w="2484"/>
            <w:shd w:val="clear" w:fill="1F4E79"/>
            <w:tcMar>
              <w:top w:w="70" w:type="dxa"/>
              <w:bottom w:w="70" w:type="dxa"/>
              <w:start w:w="110" w:type="dxa"/>
              <w:end w:w="110" w:type="dxa"/>
            </w:tcMar>
          </w:tcPr>
          <w:p>
            <w:r>
              <w:rPr>
                <w:rFonts w:ascii="Montserrat" w:hAnsi="Montserrat"/>
                <w:b/>
                <w:i w:val="0"/>
                <w:color w:val="FFFFFF"/>
                <w:sz w:val="19"/>
              </w:rPr>
              <w:t>Kept?</w:t>
            </w:r>
          </w:p>
        </w:tc>
      </w:tr>
      <w:tr>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r>
      <w:tr>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r>
      <w:tr>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r>
      <w:tr>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r>
      <w:tr>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r>
      <w:tr>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c>
          <w:tcPr>
            <w:tcW w:type="dxa" w:w="2484"/>
            <w:tcMar>
              <w:top w:w="90" w:type="dxa"/>
              <w:bottom w:w="90" w:type="dxa"/>
              <w:start w:w="110" w:type="dxa"/>
              <w:end w:w="110" w:type="dxa"/>
            </w:tcMar>
            <w:shd w:val="clear" w:fill="F7F9FB"/>
          </w:tcPr>
          <w:p>
            <w:r>
              <w:t xml:space="preserve"> </w:t>
            </w:r>
          </w:p>
        </w:tc>
      </w:tr>
      <w:tr>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c>
          <w:tcPr>
            <w:tcW w:type="dxa" w:w="2484"/>
            <w:tcMar>
              <w:top w:w="90" w:type="dxa"/>
              <w:bottom w:w="90" w:type="dxa"/>
              <w:start w:w="110" w:type="dxa"/>
              <w:end w:w="110" w:type="dxa"/>
            </w:tcMar>
          </w:tcPr>
          <w:p>
            <w:r>
              <w:t xml:space="preserve"> </w:t>
            </w:r>
          </w:p>
        </w:tc>
      </w:tr>
    </w:tbl>
    <w:p>
      <w:pPr>
        <w:spacing w:after="40"/>
      </w:pPr>
    </w:p>
    <w:p>
      <w:r>
        <w:rPr>
          <w:rFonts w:ascii="Montserrat" w:hAnsi="Montserrat"/>
          <w:b/>
          <w:i w:val="0"/>
          <w:color w:val="1F4E79"/>
          <w:sz w:val="20"/>
        </w:rPr>
        <w:t>⭐ LET AI BUILD THE SEARCH NET</w:t>
      </w:r>
    </w:p>
    <w:tbl>
      <w:tblPr>
        <w:tblW w:type="auto" w:w="0"/>
        <w:tblLook w:firstColumn="1" w:firstRow="1" w:lastColumn="0" w:lastRow="0" w:noHBand="0" w:noVBand="1" w:val="04A0"/>
        <w:tblBorders>
          <w:top w:val="nil"/>
          <w:bottom w:val="nil"/>
          <w:right w:val="nil"/>
          <w:insideH w:val="nil"/>
          <w:insideV w:val="nil"/>
          <w:left w:val="single" w:sz="36" w:space="0" w:color="1F4E79"/>
        </w:tblBorders>
      </w:tblPr>
      <w:tblGrid>
        <w:gridCol w:w="9936"/>
      </w:tblGrid>
      <w:tr>
        <w:tc>
          <w:tcPr>
            <w:tcW w:type="dxa" w:w="9936"/>
            <w:shd w:val="clear" w:fill="E9EFF6"/>
            <w:tcMar>
              <w:top w:w="110" w:type="dxa"/>
              <w:bottom w:w="110" w:type="dxa"/>
              <w:start w:w="110" w:type="dxa"/>
              <w:end w:w="110" w:type="dxa"/>
            </w:tcMar>
          </w:tcPr>
          <w:p>
            <w:r>
              <w:rPr>
                <w:rFonts w:ascii="Lato" w:hAnsi="Lato"/>
                <w:b w:val="0"/>
                <w:i w:val="0"/>
                <w:color w:val="0B1F33"/>
                <w:sz w:val="21"/>
              </w:rPr>
              <w:t xml:space="preserve">You are a research librarian. Give me alternative search terms and a Boolean string for </w:t>
            </w:r>
            <w:r>
              <w:rPr>
                <w:rFonts w:ascii="Lato" w:hAnsi="Lato"/>
                <w:b w:val="0"/>
                <w:i/>
                <w:color w:val="6B3FA0"/>
                <w:sz w:val="21"/>
              </w:rPr>
              <w:t>[my question]</w:t>
            </w:r>
            <w:r>
              <w:rPr>
                <w:rFonts w:ascii="Lato" w:hAnsi="Lato"/>
                <w:b w:val="0"/>
                <w:i w:val="0"/>
                <w:color w:val="0B1F33"/>
                <w:sz w:val="21"/>
              </w:rPr>
              <w:t>. Group synonyms by concept with OR, join concepts with AND, and suggest 3 databases likely to hold this literature.</w:t>
            </w:r>
          </w:p>
        </w:tc>
      </w:tr>
    </w:tbl>
    <w:p>
      <w:r>
        <w:rPr>
          <w:rFonts w:ascii="Montserrat" w:hAnsi="Montserrat"/>
          <w:b/>
          <w:i w:val="0"/>
          <w:color w:val="B5590F"/>
          <w:sz w:val="20"/>
        </w:rPr>
        <w:t>⚠️ FABRICATED CITATIONS — THE CAREER-ENDING COPY-PASTE</w:t>
      </w:r>
    </w:p>
    <w:tbl>
      <w:tblPr>
        <w:tblW w:type="auto" w:w="0"/>
        <w:tblLook w:firstColumn="1" w:firstRow="1" w:lastColumn="0" w:lastRow="0" w:noHBand="0" w:noVBand="1" w:val="04A0"/>
        <w:tblBorders>
          <w:top w:val="nil"/>
          <w:bottom w:val="nil"/>
          <w:right w:val="nil"/>
          <w:insideH w:val="nil"/>
          <w:insideV w:val="nil"/>
          <w:left w:val="single" w:sz="36" w:space="0" w:color="E67E22"/>
        </w:tblBorders>
      </w:tblPr>
      <w:tblGrid>
        <w:gridCol w:w="9936"/>
      </w:tblGrid>
      <w:tr>
        <w:tc>
          <w:tcPr>
            <w:tcW w:type="dxa" w:w="9936"/>
            <w:shd w:val="clear" w:fill="FDEFE2"/>
            <w:tcMar>
              <w:top w:w="110" w:type="dxa"/>
              <w:bottom w:w="110" w:type="dxa"/>
              <w:start w:w="110" w:type="dxa"/>
              <w:end w:w="110" w:type="dxa"/>
            </w:tcMar>
          </w:tcPr>
          <w:p>
            <w:r>
              <w:rPr>
                <w:rFonts w:ascii="Lato" w:hAnsi="Lato"/>
                <w:b w:val="0"/>
                <w:i w:val="0"/>
                <w:color w:val="0B1F33"/>
                <w:sz w:val="21"/>
              </w:rPr>
              <w:t>Never ask a general AI chatbot to “give me sources” and paste the results into your bibliography. Language models generate plausible text, and a plausible citation can name real authors, a real journal, and a paper that does not exist. A source exists when you have opened it — not when software lists it.</w:t>
            </w:r>
          </w:p>
        </w:tc>
      </w:tr>
    </w:tbl>
    <w:p>
      <w:r>
        <w:br w:type="page"/>
      </w:r>
    </w:p>
    <w:p>
      <w:pPr>
        <w:pBdr>
          <w:bottom w:val="single" w:sz="18" w:space="2" w:color="D4A017"/>
        </w:pBdr>
      </w:pPr>
      <w:r>
        <w:rPr>
          <w:rFonts w:ascii="Montserrat" w:hAnsi="Montserrat"/>
          <w:b/>
          <w:i w:val="0"/>
          <w:color w:val="D4A017"/>
          <w:sz w:val="36"/>
        </w:rPr>
        <w:t xml:space="preserve">2.  </w:t>
      </w:r>
      <w:r>
        <w:rPr>
          <w:rFonts w:ascii="Montserrat" w:hAnsi="Montserrat"/>
          <w:b/>
          <w:i w:val="0"/>
          <w:color w:val="0B1F33"/>
          <w:sz w:val="36"/>
        </w:rPr>
        <w:t>Source Evaluation Sheet</w:t>
      </w:r>
    </w:p>
    <w:p>
      <w:r>
        <w:rPr>
          <w:rFonts w:ascii="Lato" w:hAnsi="Lato"/>
          <w:b w:val="0"/>
          <w:i/>
          <w:color w:val="44546A"/>
          <w:sz w:val="22"/>
        </w:rPr>
        <w:t>Evaluate - the Five Questions for any source, before you trust it.</w:t>
      </w:r>
    </w:p>
    <w:tbl>
      <w:tblPr>
        <w:tblW w:type="auto" w:w="0"/>
        <w:tblLook w:firstColumn="1" w:firstRow="1" w:lastColumn="0" w:lastRow="0" w:noHBand="0" w:noVBand="1" w:val="04A0"/>
        <w:tblBorders>
          <w:top w:val="single" w:sz="4" w:space="0" w:color="EDEFF2"/>
          <w:left w:val="single" w:sz="4" w:space="0" w:color="EDEFF2"/>
          <w:bottom w:val="single" w:sz="4" w:space="0" w:color="EDEFF2"/>
          <w:right w:val="single" w:sz="4" w:space="0" w:color="EDEFF2"/>
          <w:insideH w:val="single" w:sz="4" w:space="0" w:color="EDEFF2"/>
          <w:insideV w:val="single" w:sz="4" w:space="0" w:color="EDEFF2"/>
        </w:tblBorders>
      </w:tblPr>
      <w:tblGrid>
        <w:gridCol w:w="2880"/>
        <w:gridCol w:w="6624"/>
      </w:tblGrid>
      <w:tr>
        <w:tc>
          <w:tcPr>
            <w:tcW w:type="dxa" w:w="4968"/>
            <w:shd w:val="clear" w:fill="F4F6F8"/>
            <w:tcMar>
              <w:top w:w="70" w:type="dxa"/>
              <w:bottom w:w="70" w:type="dxa"/>
              <w:start w:w="110" w:type="dxa"/>
              <w:end w:w="110" w:type="dxa"/>
            </w:tcMar>
          </w:tcPr>
          <w:p>
            <w:r>
              <w:rPr>
                <w:rFonts w:ascii="Montserrat" w:hAnsi="Montserrat"/>
                <w:b/>
                <w:i w:val="0"/>
                <w:color w:val="1F4E79"/>
                <w:sz w:val="21"/>
              </w:rPr>
              <w:t>Source title</w:t>
            </w:r>
          </w:p>
        </w:tc>
        <w:tc>
          <w:tcPr>
            <w:tcW w:type="dxa" w:w="4968"/>
            <w:tcMar>
              <w:top w:w="70" w:type="dxa"/>
              <w:bottom w:w="70" w:type="dxa"/>
              <w:start w:w="110" w:type="dxa"/>
              <w:end w:w="110" w:type="dxa"/>
            </w:tcMar>
          </w:tcPr>
          <w:p>
            <w:r>
              <w:rPr>
                <w:rFonts w:ascii="Lato" w:hAnsi="Lato"/>
                <w:b w:val="0"/>
                <w:i/>
                <w:color w:val="6B3FA0"/>
                <w:sz w:val="21"/>
              </w:rPr>
              <w:t>[paper / article / report]</w:t>
            </w:r>
          </w:p>
        </w:tc>
      </w:tr>
      <w:tr>
        <w:tc>
          <w:tcPr>
            <w:tcW w:type="dxa" w:w="4968"/>
            <w:shd w:val="clear" w:fill="F4F6F8"/>
            <w:tcMar>
              <w:top w:w="70" w:type="dxa"/>
              <w:bottom w:w="70" w:type="dxa"/>
              <w:start w:w="110" w:type="dxa"/>
              <w:end w:w="110" w:type="dxa"/>
            </w:tcMar>
          </w:tcPr>
          <w:p>
            <w:r>
              <w:rPr>
                <w:rFonts w:ascii="Montserrat" w:hAnsi="Montserrat"/>
                <w:b/>
                <w:i w:val="0"/>
                <w:color w:val="1F4E79"/>
                <w:sz w:val="21"/>
              </w:rPr>
              <w:t>Author(s)</w:t>
            </w:r>
          </w:p>
        </w:tc>
        <w:tc>
          <w:tcPr>
            <w:tcW w:type="dxa" w:w="4968"/>
            <w:tcMar>
              <w:top w:w="70" w:type="dxa"/>
              <w:bottom w:w="70" w:type="dxa"/>
              <w:start w:w="110" w:type="dxa"/>
              <w:end w:w="110" w:type="dxa"/>
            </w:tcMar>
          </w:tcPr>
          <w:p>
            <w:r>
              <w:rPr>
                <w:rFonts w:ascii="Lato" w:hAnsi="Lato"/>
                <w:b w:val="0"/>
                <w:i/>
                <w:color w:val="6B3FA0"/>
                <w:sz w:val="21"/>
              </w:rPr>
              <w:t>[who]</w:t>
            </w:r>
          </w:p>
        </w:tc>
      </w:tr>
      <w:tr>
        <w:tc>
          <w:tcPr>
            <w:tcW w:type="dxa" w:w="4968"/>
            <w:shd w:val="clear" w:fill="F4F6F8"/>
            <w:tcMar>
              <w:top w:w="70" w:type="dxa"/>
              <w:bottom w:w="70" w:type="dxa"/>
              <w:start w:w="110" w:type="dxa"/>
              <w:end w:w="110" w:type="dxa"/>
            </w:tcMar>
          </w:tcPr>
          <w:p>
            <w:r>
              <w:rPr>
                <w:rFonts w:ascii="Montserrat" w:hAnsi="Montserrat"/>
                <w:b/>
                <w:i w:val="0"/>
                <w:color w:val="1F4E79"/>
                <w:sz w:val="21"/>
              </w:rPr>
              <w:t>Where &amp; when published</w:t>
            </w:r>
          </w:p>
        </w:tc>
        <w:tc>
          <w:tcPr>
            <w:tcW w:type="dxa" w:w="4968"/>
            <w:tcMar>
              <w:top w:w="70" w:type="dxa"/>
              <w:bottom w:w="70" w:type="dxa"/>
              <w:start w:w="110" w:type="dxa"/>
              <w:end w:w="110" w:type="dxa"/>
            </w:tcMar>
          </w:tcPr>
          <w:p>
            <w:r>
              <w:rPr>
                <w:rFonts w:ascii="Lato" w:hAnsi="Lato"/>
                <w:b w:val="0"/>
                <w:i/>
                <w:color w:val="6B3FA0"/>
                <w:sz w:val="21"/>
              </w:rPr>
              <w:t>[journal / site, year]</w:t>
            </w:r>
          </w:p>
        </w:tc>
      </w:tr>
    </w:tbl>
    <w:p>
      <w:pPr>
        <w:spacing w:after="40"/>
      </w:pPr>
    </w:p>
    <w:p>
      <w:r>
        <w:rPr>
          <w:rFonts w:ascii="Montserrat" w:hAnsi="Montserrat"/>
          <w:b/>
          <w:i w:val="0"/>
          <w:color w:val="1F4E79"/>
          <w:sz w:val="24"/>
        </w:rPr>
        <w:t>The Trust Ladder</w:t>
      </w:r>
    </w:p>
    <w:p>
      <w:r>
        <w:rPr>
          <w:rFonts w:ascii="Lato" w:hAnsi="Lato"/>
          <w:b w:val="0"/>
          <w:i/>
          <w:color w:val="44546A"/>
          <w:sz w:val="19"/>
        </w:rPr>
        <w:t>Peer-reviewed journal article &gt; reputable report &gt; news &gt; blog/company page &gt; raw AI output. Place this source honestly; if it is low, note what it points to that ranks higher.</w:t>
      </w:r>
    </w:p>
    <w:tbl>
      <w:tblPr>
        <w:tblW w:type="auto" w:w="0"/>
        <w:tblLook w:firstColumn="1" w:firstRow="1" w:lastColumn="0" w:lastRow="0" w:noHBand="0" w:noVBand="1" w:val="04A0"/>
        <w:tblBorders>
          <w:top w:val="single" w:sz="4" w:space="0" w:color="EDEFF2"/>
          <w:left w:val="single" w:sz="4" w:space="0" w:color="EDEFF2"/>
          <w:bottom w:val="single" w:sz="4" w:space="0" w:color="EDEFF2"/>
          <w:right w:val="single" w:sz="4" w:space="0" w:color="EDEFF2"/>
          <w:insideH w:val="single" w:sz="4" w:space="0" w:color="EDEFF2"/>
          <w:insideV w:val="single" w:sz="4" w:space="0" w:color="EDEFF2"/>
        </w:tblBorders>
      </w:tblPr>
      <w:tblGrid>
        <w:gridCol w:w="2880"/>
        <w:gridCol w:w="6624"/>
      </w:tblGrid>
      <w:tr>
        <w:tc>
          <w:tcPr>
            <w:tcW w:type="dxa" w:w="4968"/>
            <w:shd w:val="clear" w:fill="F4F6F8"/>
            <w:tcMar>
              <w:top w:w="70" w:type="dxa"/>
              <w:bottom w:w="70" w:type="dxa"/>
              <w:start w:w="110" w:type="dxa"/>
              <w:end w:w="110" w:type="dxa"/>
            </w:tcMar>
          </w:tcPr>
          <w:p>
            <w:r>
              <w:rPr>
                <w:rFonts w:ascii="Montserrat" w:hAnsi="Montserrat"/>
                <w:b/>
                <w:i w:val="0"/>
                <w:color w:val="1F4E79"/>
                <w:sz w:val="21"/>
              </w:rPr>
              <w:t>Trust-ladder rung</w:t>
            </w:r>
          </w:p>
        </w:tc>
        <w:tc>
          <w:tcPr>
            <w:tcW w:type="dxa" w:w="4968"/>
            <w:tcMar>
              <w:top w:w="70" w:type="dxa"/>
              <w:bottom w:w="70" w:type="dxa"/>
              <w:start w:w="110" w:type="dxa"/>
              <w:end w:w="110" w:type="dxa"/>
            </w:tcMar>
          </w:tcPr>
          <w:p>
            <w:r>
              <w:rPr>
                <w:rFonts w:ascii="Lato" w:hAnsi="Lato"/>
                <w:b w:val="0"/>
                <w:i/>
                <w:color w:val="6B3FA0"/>
                <w:sz w:val="21"/>
              </w:rPr>
              <w:t>[where it sits, and why]</w:t>
            </w:r>
          </w:p>
        </w:tc>
      </w:tr>
    </w:tbl>
    <w:p>
      <w:pPr>
        <w:spacing w:after="40"/>
      </w:pPr>
    </w:p>
    <w:p>
      <w:r>
        <w:rPr>
          <w:rFonts w:ascii="Montserrat" w:hAnsi="Montserrat"/>
          <w:b/>
          <w:i w:val="0"/>
          <w:color w:val="1F4E79"/>
          <w:sz w:val="24"/>
        </w:rPr>
        <w:t>The Five Questions</w:t>
      </w:r>
    </w:p>
    <w:p>
      <w:r>
        <w:rPr>
          <w:rFonts w:ascii="Lato" w:hAnsi="Lato"/>
          <w:b w:val="0"/>
          <w:i/>
          <w:color w:val="44546A"/>
          <w:sz w:val="19"/>
        </w:rPr>
        <w:t>Extract these, then VERIFY each against the document yourself - especially the quoted sentence.</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3312"/>
        <w:gridCol w:w="3312"/>
        <w:gridCol w:w="3312"/>
      </w:tblGrid>
      <w:tr>
        <w:tc>
          <w:tcPr>
            <w:tcW w:type="dxa" w:w="3312"/>
            <w:shd w:val="clear" w:fill="1F4E79"/>
            <w:tcMar>
              <w:top w:w="70" w:type="dxa"/>
              <w:bottom w:w="70" w:type="dxa"/>
              <w:start w:w="110" w:type="dxa"/>
              <w:end w:w="110" w:type="dxa"/>
            </w:tcMar>
          </w:tcPr>
          <w:p>
            <w:r>
              <w:rPr>
                <w:rFonts w:ascii="Montserrat" w:hAnsi="Montserrat"/>
                <w:b/>
                <w:i w:val="0"/>
                <w:color w:val="FFFFFF"/>
                <w:sz w:val="19"/>
              </w:rPr>
              <w:t>#</w:t>
            </w:r>
          </w:p>
        </w:tc>
        <w:tc>
          <w:tcPr>
            <w:tcW w:type="dxa" w:w="3312"/>
            <w:shd w:val="clear" w:fill="1F4E79"/>
            <w:tcMar>
              <w:top w:w="70" w:type="dxa"/>
              <w:bottom w:w="70" w:type="dxa"/>
              <w:start w:w="110" w:type="dxa"/>
              <w:end w:w="110" w:type="dxa"/>
            </w:tcMar>
          </w:tcPr>
          <w:p>
            <w:r>
              <w:rPr>
                <w:rFonts w:ascii="Montserrat" w:hAnsi="Montserrat"/>
                <w:b/>
                <w:i w:val="0"/>
                <w:color w:val="FFFFFF"/>
                <w:sz w:val="19"/>
              </w:rPr>
              <w:t>Question</w:t>
            </w:r>
          </w:p>
        </w:tc>
        <w:tc>
          <w:tcPr>
            <w:tcW w:type="dxa" w:w="3312"/>
            <w:shd w:val="clear" w:fill="1F4E79"/>
            <w:tcMar>
              <w:top w:w="70" w:type="dxa"/>
              <w:bottom w:w="70" w:type="dxa"/>
              <w:start w:w="110" w:type="dxa"/>
              <w:end w:w="110" w:type="dxa"/>
            </w:tcMar>
          </w:tcPr>
          <w:p>
            <w:r>
              <w:rPr>
                <w:rFonts w:ascii="Montserrat" w:hAnsi="Montserrat"/>
                <w:b/>
                <w:i w:val="0"/>
                <w:color w:val="FFFFFF"/>
                <w:sz w:val="19"/>
              </w:rPr>
              <w:t>Your finding</w:t>
            </w:r>
          </w:p>
        </w:tc>
      </w:tr>
      <w:tr>
        <w:tc>
          <w:tcPr>
            <w:tcW w:type="dxa" w:w="3312"/>
            <w:tcMar>
              <w:top w:w="80" w:type="dxa"/>
              <w:bottom w:w="80" w:type="dxa"/>
              <w:start w:w="110" w:type="dxa"/>
              <w:end w:w="110" w:type="dxa"/>
            </w:tcMar>
          </w:tcPr>
          <w:p>
            <w:r>
              <w:rPr>
                <w:rFonts w:ascii="Lato" w:hAnsi="Lato"/>
                <w:b w:val="0"/>
                <w:i w:val="0"/>
                <w:color w:val="0B1F33"/>
                <w:sz w:val="20"/>
              </w:rPr>
              <w:t>1</w:t>
            </w:r>
          </w:p>
        </w:tc>
        <w:tc>
          <w:tcPr>
            <w:tcW w:type="dxa" w:w="3312"/>
            <w:tcMar>
              <w:top w:w="80" w:type="dxa"/>
              <w:bottom w:w="80" w:type="dxa"/>
              <w:start w:w="110" w:type="dxa"/>
              <w:end w:w="110" w:type="dxa"/>
            </w:tcMar>
          </w:tcPr>
          <w:p>
            <w:r>
              <w:rPr>
                <w:rFonts w:ascii="Lato" w:hAnsi="Lato"/>
                <w:b w:val="0"/>
                <w:i w:val="0"/>
                <w:color w:val="0B1F33"/>
                <w:sz w:val="20"/>
              </w:rPr>
              <w:t>Who wrote it, and their affiliation?</w:t>
            </w:r>
          </w:p>
        </w:tc>
        <w:tc>
          <w:tcPr>
            <w:tcW w:type="dxa" w:w="3312"/>
            <w:tcMar>
              <w:top w:w="80" w:type="dxa"/>
              <w:bottom w:w="80" w:type="dxa"/>
              <w:start w:w="110" w:type="dxa"/>
              <w:end w:w="110" w:type="dxa"/>
            </w:tcMar>
          </w:tcPr>
          <w:p>
            <w:r>
              <w:t xml:space="preserve"> </w:t>
            </w:r>
          </w:p>
        </w:tc>
      </w:tr>
      <w:tr>
        <w:tc>
          <w:tcPr>
            <w:tcW w:type="dxa" w:w="3312"/>
            <w:tcMar>
              <w:top w:w="80" w:type="dxa"/>
              <w:bottom w:w="80" w:type="dxa"/>
              <w:start w:w="110" w:type="dxa"/>
              <w:end w:w="110" w:type="dxa"/>
            </w:tcMar>
            <w:shd w:val="clear" w:fill="F7F9FB"/>
          </w:tcPr>
          <w:p>
            <w:r>
              <w:rPr>
                <w:rFonts w:ascii="Lato" w:hAnsi="Lato"/>
                <w:b w:val="0"/>
                <w:i w:val="0"/>
                <w:color w:val="0B1F33"/>
                <w:sz w:val="20"/>
              </w:rPr>
              <w:t>2</w:t>
            </w:r>
          </w:p>
        </w:tc>
        <w:tc>
          <w:tcPr>
            <w:tcW w:type="dxa" w:w="3312"/>
            <w:tcMar>
              <w:top w:w="80" w:type="dxa"/>
              <w:bottom w:w="80" w:type="dxa"/>
              <w:start w:w="110" w:type="dxa"/>
              <w:end w:w="110" w:type="dxa"/>
            </w:tcMar>
            <w:shd w:val="clear" w:fill="F7F9FB"/>
          </w:tcPr>
          <w:p>
            <w:r>
              <w:rPr>
                <w:rFonts w:ascii="Lato" w:hAnsi="Lato"/>
                <w:b w:val="0"/>
                <w:i w:val="0"/>
                <w:color w:val="0B1F33"/>
                <w:sz w:val="20"/>
              </w:rPr>
              <w:t>Where and when was it published?</w:t>
            </w:r>
          </w:p>
        </w:tc>
        <w:tc>
          <w:tcPr>
            <w:tcW w:type="dxa" w:w="3312"/>
            <w:tcMar>
              <w:top w:w="80" w:type="dxa"/>
              <w:bottom w:w="80" w:type="dxa"/>
              <w:start w:w="110" w:type="dxa"/>
              <w:end w:w="110" w:type="dxa"/>
            </w:tcMar>
            <w:shd w:val="clear" w:fill="F7F9FB"/>
          </w:tcPr>
          <w:p>
            <w:r>
              <w:t xml:space="preserve"> </w:t>
            </w:r>
          </w:p>
        </w:tc>
      </w:tr>
      <w:tr>
        <w:tc>
          <w:tcPr>
            <w:tcW w:type="dxa" w:w="3312"/>
            <w:tcMar>
              <w:top w:w="80" w:type="dxa"/>
              <w:bottom w:w="80" w:type="dxa"/>
              <w:start w:w="110" w:type="dxa"/>
              <w:end w:w="110" w:type="dxa"/>
            </w:tcMar>
          </w:tcPr>
          <w:p>
            <w:r>
              <w:rPr>
                <w:rFonts w:ascii="Lato" w:hAnsi="Lato"/>
                <w:b w:val="0"/>
                <w:i w:val="0"/>
                <w:color w:val="0B1F33"/>
                <w:sz w:val="20"/>
              </w:rPr>
              <w:t>3</w:t>
            </w:r>
          </w:p>
        </w:tc>
        <w:tc>
          <w:tcPr>
            <w:tcW w:type="dxa" w:w="3312"/>
            <w:tcMar>
              <w:top w:w="80" w:type="dxa"/>
              <w:bottom w:w="80" w:type="dxa"/>
              <w:start w:w="110" w:type="dxa"/>
              <w:end w:w="110" w:type="dxa"/>
            </w:tcMar>
          </w:tcPr>
          <w:p>
            <w:r>
              <w:rPr>
                <w:rFonts w:ascii="Lato" w:hAnsi="Lato"/>
                <w:b w:val="0"/>
                <w:i w:val="0"/>
                <w:color w:val="0B1F33"/>
                <w:sz w:val="20"/>
              </w:rPr>
              <w:t>Sample size and method (and its weaknesses)?</w:t>
            </w:r>
          </w:p>
        </w:tc>
        <w:tc>
          <w:tcPr>
            <w:tcW w:type="dxa" w:w="3312"/>
            <w:tcMar>
              <w:top w:w="80" w:type="dxa"/>
              <w:bottom w:w="80" w:type="dxa"/>
              <w:start w:w="110" w:type="dxa"/>
              <w:end w:w="110" w:type="dxa"/>
            </w:tcMar>
          </w:tcPr>
          <w:p>
            <w:r>
              <w:t xml:space="preserve"> </w:t>
            </w:r>
          </w:p>
        </w:tc>
      </w:tr>
      <w:tr>
        <w:tc>
          <w:tcPr>
            <w:tcW w:type="dxa" w:w="3312"/>
            <w:tcMar>
              <w:top w:w="80" w:type="dxa"/>
              <w:bottom w:w="80" w:type="dxa"/>
              <w:start w:w="110" w:type="dxa"/>
              <w:end w:w="110" w:type="dxa"/>
            </w:tcMar>
            <w:shd w:val="clear" w:fill="F7F9FB"/>
          </w:tcPr>
          <w:p>
            <w:r>
              <w:rPr>
                <w:rFonts w:ascii="Lato" w:hAnsi="Lato"/>
                <w:b w:val="0"/>
                <w:i w:val="0"/>
                <w:color w:val="0B1F33"/>
                <w:sz w:val="20"/>
              </w:rPr>
              <w:t>4</w:t>
            </w:r>
          </w:p>
        </w:tc>
        <w:tc>
          <w:tcPr>
            <w:tcW w:type="dxa" w:w="3312"/>
            <w:tcMar>
              <w:top w:w="80" w:type="dxa"/>
              <w:bottom w:w="80" w:type="dxa"/>
              <w:start w:w="110" w:type="dxa"/>
              <w:end w:w="110" w:type="dxa"/>
            </w:tcMar>
            <w:shd w:val="clear" w:fill="F7F9FB"/>
          </w:tcPr>
          <w:p>
            <w:r>
              <w:rPr>
                <w:rFonts w:ascii="Lato" w:hAnsi="Lato"/>
                <w:b w:val="0"/>
                <w:i w:val="0"/>
                <w:color w:val="0B1F33"/>
                <w:sz w:val="20"/>
              </w:rPr>
              <w:t>Do the abstract's claims match the results?</w:t>
            </w:r>
          </w:p>
        </w:tc>
        <w:tc>
          <w:tcPr>
            <w:tcW w:type="dxa" w:w="3312"/>
            <w:tcMar>
              <w:top w:w="80" w:type="dxa"/>
              <w:bottom w:w="80" w:type="dxa"/>
              <w:start w:w="110" w:type="dxa"/>
              <w:end w:w="110" w:type="dxa"/>
            </w:tcMar>
            <w:shd w:val="clear" w:fill="F7F9FB"/>
          </w:tcPr>
          <w:p>
            <w:r>
              <w:t xml:space="preserve"> </w:t>
            </w:r>
          </w:p>
        </w:tc>
      </w:tr>
      <w:tr>
        <w:tc>
          <w:tcPr>
            <w:tcW w:type="dxa" w:w="3312"/>
            <w:tcMar>
              <w:top w:w="80" w:type="dxa"/>
              <w:bottom w:w="80" w:type="dxa"/>
              <w:start w:w="110" w:type="dxa"/>
              <w:end w:w="110" w:type="dxa"/>
            </w:tcMar>
          </w:tcPr>
          <w:p>
            <w:r>
              <w:rPr>
                <w:rFonts w:ascii="Lato" w:hAnsi="Lato"/>
                <w:b w:val="0"/>
                <w:i w:val="0"/>
                <w:color w:val="0B1F33"/>
                <w:sz w:val="20"/>
              </w:rPr>
              <w:t>5</w:t>
            </w:r>
          </w:p>
        </w:tc>
        <w:tc>
          <w:tcPr>
            <w:tcW w:type="dxa" w:w="3312"/>
            <w:tcMar>
              <w:top w:w="80" w:type="dxa"/>
              <w:bottom w:w="80" w:type="dxa"/>
              <w:start w:w="110" w:type="dxa"/>
              <w:end w:w="110" w:type="dxa"/>
            </w:tcMar>
          </w:tcPr>
          <w:p>
            <w:r>
              <w:rPr>
                <w:rFonts w:ascii="Lato" w:hAnsi="Lato"/>
                <w:b w:val="0"/>
                <w:i w:val="0"/>
                <w:color w:val="0B1F33"/>
                <w:sz w:val="20"/>
              </w:rPr>
              <w:t>Any funding source or conflict of interest?</w:t>
            </w:r>
          </w:p>
        </w:tc>
        <w:tc>
          <w:tcPr>
            <w:tcW w:type="dxa" w:w="3312"/>
            <w:tcMar>
              <w:top w:w="80" w:type="dxa"/>
              <w:bottom w:w="80" w:type="dxa"/>
              <w:start w:w="110" w:type="dxa"/>
              <w:end w:w="110" w:type="dxa"/>
            </w:tcMar>
          </w:tcPr>
          <w:p>
            <w:r>
              <w:t xml:space="preserve"> </w:t>
            </w:r>
          </w:p>
        </w:tc>
      </w:tr>
    </w:tbl>
    <w:p>
      <w:pPr>
        <w:spacing w:after="40"/>
      </w:pPr>
    </w:p>
    <w:p>
      <w:r>
        <w:rPr>
          <w:rFonts w:ascii="Montserrat" w:hAnsi="Montserrat"/>
          <w:b/>
          <w:i w:val="0"/>
          <w:color w:val="1F4E79"/>
          <w:sz w:val="24"/>
        </w:rPr>
        <w:t>Hostile read</w:t>
      </w:r>
    </w:p>
    <w:p>
      <w:r>
        <w:rPr>
          <w:rFonts w:ascii="Lato" w:hAnsi="Lato"/>
          <w:b w:val="0"/>
          <w:i/>
          <w:color w:val="44546A"/>
          <w:sz w:val="19"/>
        </w:rPr>
        <w:t>The five strongest criticisms of this source’s evidence and reasoning:</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Verdict (two sentences)</w:t>
      </w:r>
    </w:p>
    <w:p>
      <w:r>
        <w:rPr>
          <w:rFonts w:ascii="Lato" w:hAnsi="Lato"/>
          <w:b w:val="0"/>
          <w:i/>
          <w:color w:val="44546A"/>
          <w:sz w:val="19"/>
        </w:rPr>
        <w:t>Its rung, the weight it can carry, and what you’d check before relying on it further.</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0"/>
        </w:rPr>
        <w:t>⭐ THE EXTRACTION PROMPT</w:t>
      </w:r>
    </w:p>
    <w:tbl>
      <w:tblPr>
        <w:tblW w:type="auto" w:w="0"/>
        <w:tblLook w:firstColumn="1" w:firstRow="1" w:lastColumn="0" w:lastRow="0" w:noHBand="0" w:noVBand="1" w:val="04A0"/>
        <w:tblBorders>
          <w:top w:val="nil"/>
          <w:bottom w:val="nil"/>
          <w:right w:val="nil"/>
          <w:insideH w:val="nil"/>
          <w:insideV w:val="nil"/>
          <w:left w:val="single" w:sz="36" w:space="0" w:color="1F4E79"/>
        </w:tblBorders>
      </w:tblPr>
      <w:tblGrid>
        <w:gridCol w:w="9936"/>
      </w:tblGrid>
      <w:tr>
        <w:tc>
          <w:tcPr>
            <w:tcW w:type="dxa" w:w="9936"/>
            <w:shd w:val="clear" w:fill="E9EFF6"/>
            <w:tcMar>
              <w:top w:w="110" w:type="dxa"/>
              <w:bottom w:w="110" w:type="dxa"/>
              <w:start w:w="110" w:type="dxa"/>
              <w:end w:w="110" w:type="dxa"/>
            </w:tcMar>
          </w:tcPr>
          <w:p>
            <w:r>
              <w:rPr>
                <w:rFonts w:ascii="Lato" w:hAnsi="Lato"/>
                <w:b w:val="0"/>
                <w:i w:val="0"/>
                <w:color w:val="0B1F33"/>
                <w:sz w:val="21"/>
              </w:rPr>
              <w:t>From the attached document, extract: (1) who wrote it and their affiliation, (2) where and when it was published, (3) sample size and method, with that method's standard weaknesses, (4) whether the abstract's claims match the results inside, (5) any funding or conflict of interest. Quote the key results sentence so I can locate it.</w:t>
            </w:r>
          </w:p>
        </w:tc>
      </w:tr>
    </w:tbl>
    <w:p>
      <w:r>
        <w:br w:type="page"/>
      </w:r>
    </w:p>
    <w:p>
      <w:pPr>
        <w:pBdr>
          <w:bottom w:val="single" w:sz="18" w:space="2" w:color="D4A017"/>
        </w:pBdr>
      </w:pPr>
      <w:r>
        <w:rPr>
          <w:rFonts w:ascii="Montserrat" w:hAnsi="Montserrat"/>
          <w:b/>
          <w:i w:val="0"/>
          <w:color w:val="D4A017"/>
          <w:sz w:val="36"/>
        </w:rPr>
        <w:t xml:space="preserve">3.  </w:t>
      </w:r>
      <w:r>
        <w:rPr>
          <w:rFonts w:ascii="Montserrat" w:hAnsi="Montserrat"/>
          <w:b/>
          <w:i w:val="0"/>
          <w:color w:val="0B1F33"/>
          <w:sz w:val="36"/>
        </w:rPr>
        <w:t>Five Questions Card</w:t>
      </w:r>
    </w:p>
    <w:p>
      <w:r>
        <w:rPr>
          <w:rFonts w:ascii="Lato" w:hAnsi="Lato"/>
          <w:b w:val="0"/>
          <w:i/>
          <w:color w:val="44546A"/>
          <w:sz w:val="22"/>
        </w:rPr>
        <w:t>A quick-reference card for the five extraction questions.</w:t>
      </w:r>
    </w:p>
    <w:p>
      <w:r>
        <w:rPr>
          <w:rFonts w:ascii="Lato" w:hAnsi="Lato"/>
          <w:b w:val="0"/>
          <w:i/>
          <w:color w:val="44546A"/>
          <w:sz w:val="19"/>
        </w:rPr>
        <w:t>Run these on every source. They turn "it looks credible" into "here is exactly what it says and how far I can trust it."</w:t>
      </w:r>
    </w:p>
    <w:p>
      <w:r>
        <w:rPr>
          <w:rFonts w:ascii="Montserrat" w:hAnsi="Montserrat"/>
          <w:b/>
          <w:i w:val="0"/>
          <w:color w:val="1F4E79"/>
          <w:sz w:val="24"/>
        </w:rPr>
        <w:t>1 - Who wrote it?</w:t>
      </w:r>
    </w:p>
    <w:p>
      <w:r>
        <w:rPr>
          <w:rFonts w:ascii="Lato" w:hAnsi="Lato"/>
          <w:b w:val="0"/>
          <w:i/>
          <w:color w:val="44546A"/>
          <w:sz w:val="19"/>
        </w:rPr>
        <w:t>Author and their affiliation. Do they have standing? A stake?</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2 - Where and when?</w:t>
      </w:r>
    </w:p>
    <w:p>
      <w:r>
        <w:rPr>
          <w:rFonts w:ascii="Lato" w:hAnsi="Lato"/>
          <w:b w:val="0"/>
          <w:i/>
          <w:color w:val="44546A"/>
          <w:sz w:val="19"/>
        </w:rPr>
        <w:t>Publication venue and date. Peer-reviewed? Recent enough to matter?</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3 - What did they actually do?</w:t>
      </w:r>
    </w:p>
    <w:p>
      <w:r>
        <w:rPr>
          <w:rFonts w:ascii="Lato" w:hAnsi="Lato"/>
          <w:b w:val="0"/>
          <w:i/>
          <w:color w:val="44546A"/>
          <w:sz w:val="19"/>
        </w:rPr>
        <w:t>Sample size and method - and that method’s standard weaknesses.</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4 - Do the claims match the results?</w:t>
      </w:r>
    </w:p>
    <w:p>
      <w:r>
        <w:rPr>
          <w:rFonts w:ascii="Lato" w:hAnsi="Lato"/>
          <w:b w:val="0"/>
          <w:i/>
          <w:color w:val="44546A"/>
          <w:sz w:val="19"/>
        </w:rPr>
        <w:t>Does the abstract’s promise match the numbers reported inside?</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5 - Who paid, and who benefits?</w:t>
      </w:r>
    </w:p>
    <w:p>
      <w:r>
        <w:rPr>
          <w:rFonts w:ascii="Lato" w:hAnsi="Lato"/>
          <w:b w:val="0"/>
          <w:i/>
          <w:color w:val="44546A"/>
          <w:sz w:val="19"/>
        </w:rPr>
        <w:t>Funding source or conflict of interest that could shape the findings.</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br w:type="page"/>
      </w:r>
    </w:p>
    <w:p>
      <w:pPr>
        <w:pBdr>
          <w:bottom w:val="single" w:sz="18" w:space="2" w:color="D4A017"/>
        </w:pBdr>
      </w:pPr>
      <w:r>
        <w:rPr>
          <w:rFonts w:ascii="Montserrat" w:hAnsi="Montserrat"/>
          <w:b/>
          <w:i w:val="0"/>
          <w:color w:val="D4A017"/>
          <w:sz w:val="36"/>
        </w:rPr>
        <w:t xml:space="preserve">4.  </w:t>
      </w:r>
      <w:r>
        <w:rPr>
          <w:rFonts w:ascii="Montserrat" w:hAnsi="Montserrat"/>
          <w:b/>
          <w:i w:val="0"/>
          <w:color w:val="0B1F33"/>
          <w:sz w:val="36"/>
        </w:rPr>
        <w:t>Synthesis Matrix</w:t>
      </w:r>
    </w:p>
    <w:p>
      <w:r>
        <w:rPr>
          <w:rFonts w:ascii="Lato" w:hAnsi="Lato"/>
          <w:b w:val="0"/>
          <w:i/>
          <w:color w:val="44546A"/>
          <w:sz w:val="22"/>
        </w:rPr>
        <w:t>Synthesize - organise sources by theme, not one-by-one.</w:t>
      </w:r>
    </w:p>
    <w:p>
      <w:r>
        <w:rPr>
          <w:rFonts w:ascii="Lato" w:hAnsi="Lato"/>
          <w:b w:val="0"/>
          <w:i/>
          <w:color w:val="44546A"/>
          <w:sz w:val="19"/>
        </w:rPr>
        <w:t>A synthesis matrix has your themes as rows and sources as columns, recording what each says about each theme. It converts a pile of papers into a map: who agrees, who disagrees, where the silence is.</w:t>
      </w:r>
    </w:p>
    <w:tbl>
      <w:tblPr>
        <w:tblW w:type="auto" w:w="0"/>
        <w:tblLook w:firstColumn="1" w:firstRow="1" w:lastColumn="0" w:lastRow="0" w:noHBand="0" w:noVBand="1" w:val="04A0"/>
        <w:tblBorders>
          <w:top w:val="single" w:sz="4" w:space="0" w:color="EDEFF2"/>
          <w:left w:val="single" w:sz="4" w:space="0" w:color="EDEFF2"/>
          <w:bottom w:val="single" w:sz="4" w:space="0" w:color="EDEFF2"/>
          <w:right w:val="single" w:sz="4" w:space="0" w:color="EDEFF2"/>
          <w:insideH w:val="single" w:sz="4" w:space="0" w:color="EDEFF2"/>
          <w:insideV w:val="single" w:sz="4" w:space="0" w:color="EDEFF2"/>
        </w:tblBorders>
      </w:tblPr>
      <w:tblGrid>
        <w:gridCol w:w="2880"/>
        <w:gridCol w:w="6624"/>
      </w:tblGrid>
      <w:tr>
        <w:tc>
          <w:tcPr>
            <w:tcW w:type="dxa" w:w="4968"/>
            <w:shd w:val="clear" w:fill="F4F6F8"/>
            <w:tcMar>
              <w:top w:w="70" w:type="dxa"/>
              <w:bottom w:w="70" w:type="dxa"/>
              <w:start w:w="110" w:type="dxa"/>
              <w:end w:w="110" w:type="dxa"/>
            </w:tcMar>
          </w:tcPr>
          <w:p>
            <w:r>
              <w:rPr>
                <w:rFonts w:ascii="Montserrat" w:hAnsi="Montserrat"/>
                <w:b/>
                <w:i w:val="0"/>
                <w:color w:val="1F4E79"/>
                <w:sz w:val="21"/>
              </w:rPr>
              <w:t>Research question</w:t>
            </w:r>
          </w:p>
        </w:tc>
        <w:tc>
          <w:tcPr>
            <w:tcW w:type="dxa" w:w="4968"/>
            <w:tcMar>
              <w:top w:w="70" w:type="dxa"/>
              <w:bottom w:w="70" w:type="dxa"/>
              <w:start w:w="110" w:type="dxa"/>
              <w:end w:w="110" w:type="dxa"/>
            </w:tcMar>
          </w:tcPr>
          <w:p>
            <w:r>
              <w:rPr>
                <w:rFonts w:ascii="Lato" w:hAnsi="Lato"/>
                <w:b w:val="0"/>
                <w:i/>
                <w:color w:val="6B3FA0"/>
                <w:sz w:val="21"/>
              </w:rPr>
              <w:t>[your question]</w:t>
            </w:r>
          </w:p>
        </w:tc>
      </w:tr>
    </w:tbl>
    <w:p>
      <w:pPr>
        <w:spacing w:after="40"/>
      </w:pPr>
    </w:p>
    <w:p>
      <w:r>
        <w:rPr>
          <w:rFonts w:ascii="Montserrat" w:hAnsi="Montserrat"/>
          <w:b/>
          <w:i w:val="0"/>
          <w:color w:val="1F4E79"/>
          <w:sz w:val="24"/>
        </w:rPr>
        <w:t>The matrix</w:t>
      </w:r>
    </w:p>
    <w:p>
      <w:r>
        <w:rPr>
          <w:rFonts w:ascii="Lato" w:hAnsi="Lato"/>
          <w:b w:val="0"/>
          <w:i/>
          <w:color w:val="44546A"/>
          <w:sz w:val="19"/>
        </w:rPr>
        <w:t>Fill each cell with that source’s position on that theme. Leave blank where a source is silent - blanks are research gaps.</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1987"/>
        <w:gridCol w:w="1987"/>
        <w:gridCol w:w="1987"/>
        <w:gridCol w:w="1987"/>
        <w:gridCol w:w="1987"/>
      </w:tblGrid>
      <w:tr>
        <w:tc>
          <w:tcPr>
            <w:tcW w:type="dxa" w:w="1987"/>
            <w:shd w:val="clear" w:fill="1F4E79"/>
            <w:tcMar>
              <w:top w:w="70" w:type="dxa"/>
              <w:bottom w:w="70" w:type="dxa"/>
              <w:start w:w="110" w:type="dxa"/>
              <w:end w:w="110" w:type="dxa"/>
            </w:tcMar>
          </w:tcPr>
          <w:p>
            <w:r>
              <w:rPr>
                <w:rFonts w:ascii="Montserrat" w:hAnsi="Montserrat"/>
                <w:b/>
                <w:i w:val="0"/>
                <w:color w:val="FFFFFF"/>
                <w:sz w:val="19"/>
              </w:rPr>
              <w:t>Theme / question</w:t>
            </w:r>
          </w:p>
        </w:tc>
        <w:tc>
          <w:tcPr>
            <w:tcW w:type="dxa" w:w="1987"/>
            <w:shd w:val="clear" w:fill="1F4E79"/>
            <w:tcMar>
              <w:top w:w="70" w:type="dxa"/>
              <w:bottom w:w="70" w:type="dxa"/>
              <w:start w:w="110" w:type="dxa"/>
              <w:end w:w="110" w:type="dxa"/>
            </w:tcMar>
          </w:tcPr>
          <w:p>
            <w:r>
              <w:rPr>
                <w:rFonts w:ascii="Montserrat" w:hAnsi="Montserrat"/>
                <w:b/>
                <w:i w:val="0"/>
                <w:color w:val="FFFFFF"/>
                <w:sz w:val="19"/>
              </w:rPr>
              <w:t>Source 1</w:t>
            </w:r>
          </w:p>
        </w:tc>
        <w:tc>
          <w:tcPr>
            <w:tcW w:type="dxa" w:w="1987"/>
            <w:shd w:val="clear" w:fill="1F4E79"/>
            <w:tcMar>
              <w:top w:w="70" w:type="dxa"/>
              <w:bottom w:w="70" w:type="dxa"/>
              <w:start w:w="110" w:type="dxa"/>
              <w:end w:w="110" w:type="dxa"/>
            </w:tcMar>
          </w:tcPr>
          <w:p>
            <w:r>
              <w:rPr>
                <w:rFonts w:ascii="Montserrat" w:hAnsi="Montserrat"/>
                <w:b/>
                <w:i w:val="0"/>
                <w:color w:val="FFFFFF"/>
                <w:sz w:val="19"/>
              </w:rPr>
              <w:t>Source 2</w:t>
            </w:r>
          </w:p>
        </w:tc>
        <w:tc>
          <w:tcPr>
            <w:tcW w:type="dxa" w:w="1987"/>
            <w:shd w:val="clear" w:fill="1F4E79"/>
            <w:tcMar>
              <w:top w:w="70" w:type="dxa"/>
              <w:bottom w:w="70" w:type="dxa"/>
              <w:start w:w="110" w:type="dxa"/>
              <w:end w:w="110" w:type="dxa"/>
            </w:tcMar>
          </w:tcPr>
          <w:p>
            <w:r>
              <w:rPr>
                <w:rFonts w:ascii="Montserrat" w:hAnsi="Montserrat"/>
                <w:b/>
                <w:i w:val="0"/>
                <w:color w:val="FFFFFF"/>
                <w:sz w:val="19"/>
              </w:rPr>
              <w:t>Source 3</w:t>
            </w:r>
          </w:p>
        </w:tc>
        <w:tc>
          <w:tcPr>
            <w:tcW w:type="dxa" w:w="1987"/>
            <w:shd w:val="clear" w:fill="1F4E79"/>
            <w:tcMar>
              <w:top w:w="70" w:type="dxa"/>
              <w:bottom w:w="70" w:type="dxa"/>
              <w:start w:w="110" w:type="dxa"/>
              <w:end w:w="110" w:type="dxa"/>
            </w:tcMar>
          </w:tcPr>
          <w:p>
            <w:r>
              <w:rPr>
                <w:rFonts w:ascii="Montserrat" w:hAnsi="Montserrat"/>
                <w:b/>
                <w:i w:val="0"/>
                <w:color w:val="FFFFFF"/>
                <w:sz w:val="19"/>
              </w:rPr>
              <w:t>Source 4</w:t>
            </w:r>
          </w:p>
        </w:tc>
      </w:tr>
      <w:tr>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r>
      <w:tr>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r>
      <w:tr>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r>
      <w:tr>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r>
      <w:tr>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r>
      <w:tr>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c>
          <w:tcPr>
            <w:tcW w:type="dxa" w:w="1987"/>
            <w:tcMar>
              <w:top w:w="90" w:type="dxa"/>
              <w:bottom w:w="90" w:type="dxa"/>
              <w:start w:w="110" w:type="dxa"/>
              <w:end w:w="110" w:type="dxa"/>
            </w:tcMar>
            <w:shd w:val="clear" w:fill="F7F9FB"/>
          </w:tcPr>
          <w:p>
            <w:r>
              <w:t xml:space="preserve"> </w:t>
            </w:r>
          </w:p>
        </w:tc>
      </w:tr>
      <w:tr>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c>
          <w:tcPr>
            <w:tcW w:type="dxa" w:w="1987"/>
            <w:tcMar>
              <w:top w:w="90" w:type="dxa"/>
              <w:bottom w:w="90" w:type="dxa"/>
              <w:start w:w="110" w:type="dxa"/>
              <w:end w:w="110" w:type="dxa"/>
            </w:tcMar>
          </w:tcPr>
          <w:p>
            <w:r>
              <w:t xml:space="preserve"> </w:t>
            </w:r>
          </w:p>
        </w:tc>
      </w:tr>
    </w:tbl>
    <w:p>
      <w:pPr>
        <w:spacing w:after="40"/>
      </w:pPr>
    </w:p>
    <w:p>
      <w:r>
        <w:rPr>
          <w:rFonts w:ascii="Montserrat" w:hAnsi="Montserrat"/>
          <w:b/>
          <w:i w:val="0"/>
          <w:color w:val="1F4E79"/>
          <w:sz w:val="24"/>
        </w:rPr>
        <w:t>Where they disagree (the interesting part)</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Gaps - what no source addresses (where your work earns its place)</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0"/>
        </w:rPr>
        <w:t>⭐ THE SYNTHESIS PROMPT</w:t>
      </w:r>
    </w:p>
    <w:tbl>
      <w:tblPr>
        <w:tblW w:type="auto" w:w="0"/>
        <w:tblLook w:firstColumn="1" w:firstRow="1" w:lastColumn="0" w:lastRow="0" w:noHBand="0" w:noVBand="1" w:val="04A0"/>
        <w:tblBorders>
          <w:top w:val="nil"/>
          <w:bottom w:val="nil"/>
          <w:right w:val="nil"/>
          <w:insideH w:val="nil"/>
          <w:insideV w:val="nil"/>
          <w:left w:val="single" w:sz="36" w:space="0" w:color="1F4E79"/>
        </w:tblBorders>
      </w:tblPr>
      <w:tblGrid>
        <w:gridCol w:w="9936"/>
      </w:tblGrid>
      <w:tr>
        <w:tc>
          <w:tcPr>
            <w:tcW w:type="dxa" w:w="9936"/>
            <w:shd w:val="clear" w:fill="E9EFF6"/>
            <w:tcMar>
              <w:top w:w="110" w:type="dxa"/>
              <w:bottom w:w="110" w:type="dxa"/>
              <w:start w:w="110" w:type="dxa"/>
              <w:end w:w="110" w:type="dxa"/>
            </w:tcMar>
          </w:tcPr>
          <w:p>
            <w:r>
              <w:rPr>
                <w:rFonts w:ascii="Lato" w:hAnsi="Lato"/>
                <w:b w:val="0"/>
                <w:i w:val="0"/>
                <w:color w:val="0B1F33"/>
                <w:sz w:val="21"/>
              </w:rPr>
              <w:t xml:space="preserve">Here are my verified summaries of </w:t>
            </w:r>
            <w:r>
              <w:rPr>
                <w:rFonts w:ascii="Lato" w:hAnsi="Lato"/>
                <w:b w:val="0"/>
                <w:i/>
                <w:color w:val="6B3FA0"/>
                <w:sz w:val="21"/>
              </w:rPr>
              <w:t>[N]</w:t>
            </w:r>
            <w:r>
              <w:rPr>
                <w:rFonts w:ascii="Lato" w:hAnsi="Lato"/>
                <w:b w:val="0"/>
                <w:i w:val="0"/>
                <w:color w:val="0B1F33"/>
                <w:sz w:val="21"/>
              </w:rPr>
              <w:t xml:space="preserve"> papers: </w:t>
            </w:r>
            <w:r>
              <w:rPr>
                <w:rFonts w:ascii="Lato" w:hAnsi="Lato"/>
                <w:b w:val="0"/>
                <w:i/>
                <w:color w:val="6B3FA0"/>
                <w:sz w:val="21"/>
              </w:rPr>
              <w:t>[paste]</w:t>
            </w:r>
            <w:r>
              <w:rPr>
                <w:rFonts w:ascii="Lato" w:hAnsi="Lato"/>
                <w:b w:val="0"/>
                <w:i w:val="0"/>
                <w:color w:val="0B1F33"/>
                <w:sz w:val="21"/>
              </w:rPr>
              <w:t xml:space="preserve">. (1) Group them into 3-5 themes relevant to </w:t>
            </w:r>
            <w:r>
              <w:rPr>
                <w:rFonts w:ascii="Lato" w:hAnsi="Lato"/>
                <w:b w:val="0"/>
                <w:i/>
                <w:color w:val="6B3FA0"/>
                <w:sz w:val="21"/>
              </w:rPr>
              <w:t>[my question]</w:t>
            </w:r>
            <w:r>
              <w:rPr>
                <w:rFonts w:ascii="Lato" w:hAnsi="Lato"/>
                <w:b w:val="0"/>
                <w:i w:val="0"/>
                <w:color w:val="0B1F33"/>
                <w:sz w:val="21"/>
              </w:rPr>
              <w:t>. (2) Within each theme, note where studies agree, disagree, and why. (3) List the gaps. Present it as a matrix: theme x papers x position.</w:t>
            </w:r>
          </w:p>
        </w:tc>
      </w:tr>
    </w:tbl>
    <w:p>
      <w:r>
        <w:br w:type="page"/>
      </w:r>
    </w:p>
    <w:p>
      <w:pPr>
        <w:pBdr>
          <w:bottom w:val="single" w:sz="18" w:space="2" w:color="D4A017"/>
        </w:pBdr>
      </w:pPr>
      <w:r>
        <w:rPr>
          <w:rFonts w:ascii="Montserrat" w:hAnsi="Montserrat"/>
          <w:b/>
          <w:i w:val="0"/>
          <w:color w:val="D4A017"/>
          <w:sz w:val="36"/>
        </w:rPr>
        <w:t xml:space="preserve">5.  </w:t>
      </w:r>
      <w:r>
        <w:rPr>
          <w:rFonts w:ascii="Montserrat" w:hAnsi="Montserrat"/>
          <w:b/>
          <w:i w:val="0"/>
          <w:color w:val="0B1F33"/>
          <w:sz w:val="36"/>
        </w:rPr>
        <w:t>Literature Review Outline</w:t>
      </w:r>
    </w:p>
    <w:p>
      <w:r>
        <w:rPr>
          <w:rFonts w:ascii="Lato" w:hAnsi="Lato"/>
          <w:b w:val="0"/>
          <w:i/>
          <w:color w:val="44546A"/>
          <w:sz w:val="22"/>
        </w:rPr>
        <w:t>Verify &amp; draft - turn the matrix into a review, theme by theme.</w:t>
      </w:r>
    </w:p>
    <w:p>
      <w:r>
        <w:rPr>
          <w:rFonts w:ascii="Lato" w:hAnsi="Lato"/>
          <w:b w:val="0"/>
          <w:i/>
          <w:color w:val="44546A"/>
          <w:sz w:val="19"/>
        </w:rPr>
        <w:t>Draft from the matrix, one theme per section, in your own words. AI may tighten prose but never supply a claim you have not verified against the source itself.</w:t>
      </w:r>
    </w:p>
    <w:tbl>
      <w:tblPr>
        <w:tblW w:type="auto" w:w="0"/>
        <w:tblLook w:firstColumn="1" w:firstRow="1" w:lastColumn="0" w:lastRow="0" w:noHBand="0" w:noVBand="1" w:val="04A0"/>
        <w:tblBorders>
          <w:top w:val="single" w:sz="4" w:space="0" w:color="EDEFF2"/>
          <w:left w:val="single" w:sz="4" w:space="0" w:color="EDEFF2"/>
          <w:bottom w:val="single" w:sz="4" w:space="0" w:color="EDEFF2"/>
          <w:right w:val="single" w:sz="4" w:space="0" w:color="EDEFF2"/>
          <w:insideH w:val="single" w:sz="4" w:space="0" w:color="EDEFF2"/>
          <w:insideV w:val="single" w:sz="4" w:space="0" w:color="EDEFF2"/>
        </w:tblBorders>
      </w:tblPr>
      <w:tblGrid>
        <w:gridCol w:w="2880"/>
        <w:gridCol w:w="6624"/>
      </w:tblGrid>
      <w:tr>
        <w:tc>
          <w:tcPr>
            <w:tcW w:type="dxa" w:w="4968"/>
            <w:shd w:val="clear" w:fill="F4F6F8"/>
            <w:tcMar>
              <w:top w:w="70" w:type="dxa"/>
              <w:bottom w:w="70" w:type="dxa"/>
              <w:start w:w="110" w:type="dxa"/>
              <w:end w:w="110" w:type="dxa"/>
            </w:tcMar>
          </w:tcPr>
          <w:p>
            <w:r>
              <w:rPr>
                <w:rFonts w:ascii="Montserrat" w:hAnsi="Montserrat"/>
                <w:b/>
                <w:i w:val="0"/>
                <w:color w:val="1F4E79"/>
                <w:sz w:val="21"/>
              </w:rPr>
              <w:t>Working title</w:t>
            </w:r>
          </w:p>
        </w:tc>
        <w:tc>
          <w:tcPr>
            <w:tcW w:type="dxa" w:w="4968"/>
            <w:tcMar>
              <w:top w:w="70" w:type="dxa"/>
              <w:bottom w:w="70" w:type="dxa"/>
              <w:start w:w="110" w:type="dxa"/>
              <w:end w:w="110" w:type="dxa"/>
            </w:tcMar>
          </w:tcPr>
          <w:p>
            <w:r>
              <w:rPr>
                <w:rFonts w:ascii="Lato" w:hAnsi="Lato"/>
                <w:b w:val="0"/>
                <w:i/>
                <w:color w:val="6B3FA0"/>
                <w:sz w:val="21"/>
              </w:rPr>
              <w:t>[your review’s title]</w:t>
            </w:r>
          </w:p>
        </w:tc>
      </w:tr>
      <w:tr>
        <w:tc>
          <w:tcPr>
            <w:tcW w:type="dxa" w:w="4968"/>
            <w:shd w:val="clear" w:fill="F4F6F8"/>
            <w:tcMar>
              <w:top w:w="70" w:type="dxa"/>
              <w:bottom w:w="70" w:type="dxa"/>
              <w:start w:w="110" w:type="dxa"/>
              <w:end w:w="110" w:type="dxa"/>
            </w:tcMar>
          </w:tcPr>
          <w:p>
            <w:r>
              <w:rPr>
                <w:rFonts w:ascii="Montserrat" w:hAnsi="Montserrat"/>
                <w:b/>
                <w:i w:val="0"/>
                <w:color w:val="1F4E79"/>
                <w:sz w:val="21"/>
              </w:rPr>
              <w:t>Central question</w:t>
            </w:r>
          </w:p>
        </w:tc>
        <w:tc>
          <w:tcPr>
            <w:tcW w:type="dxa" w:w="4968"/>
            <w:tcMar>
              <w:top w:w="70" w:type="dxa"/>
              <w:bottom w:w="70" w:type="dxa"/>
              <w:start w:w="110" w:type="dxa"/>
              <w:end w:w="110" w:type="dxa"/>
            </w:tcMar>
          </w:tcPr>
          <w:p>
            <w:r>
              <w:rPr>
                <w:rFonts w:ascii="Lato" w:hAnsi="Lato"/>
                <w:b w:val="0"/>
                <w:i/>
                <w:color w:val="6B3FA0"/>
                <w:sz w:val="21"/>
              </w:rPr>
              <w:t>[what the review answers]</w:t>
            </w:r>
          </w:p>
        </w:tc>
      </w:tr>
    </w:tbl>
    <w:p>
      <w:pPr>
        <w:spacing w:after="40"/>
      </w:pPr>
    </w:p>
    <w:p>
      <w:r>
        <w:rPr>
          <w:rFonts w:ascii="Montserrat" w:hAnsi="Montserrat"/>
          <w:b/>
          <w:i w:val="0"/>
          <w:color w:val="1F4E79"/>
          <w:sz w:val="24"/>
        </w:rPr>
        <w:t>Introduction - the question and why it matters</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Themes (one section each, from your matrix)</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3312"/>
        <w:gridCol w:w="3312"/>
        <w:gridCol w:w="3312"/>
      </w:tblGrid>
      <w:tr>
        <w:tc>
          <w:tcPr>
            <w:tcW w:type="dxa" w:w="3312"/>
            <w:shd w:val="clear" w:fill="1F4E79"/>
            <w:tcMar>
              <w:top w:w="70" w:type="dxa"/>
              <w:bottom w:w="70" w:type="dxa"/>
              <w:start w:w="110" w:type="dxa"/>
              <w:end w:w="110" w:type="dxa"/>
            </w:tcMar>
          </w:tcPr>
          <w:p>
            <w:r>
              <w:rPr>
                <w:rFonts w:ascii="Montserrat" w:hAnsi="Montserrat"/>
                <w:b/>
                <w:i w:val="0"/>
                <w:color w:val="FFFFFF"/>
                <w:sz w:val="19"/>
              </w:rPr>
              <w:t>Theme</w:t>
            </w:r>
          </w:p>
        </w:tc>
        <w:tc>
          <w:tcPr>
            <w:tcW w:type="dxa" w:w="3312"/>
            <w:shd w:val="clear" w:fill="1F4E79"/>
            <w:tcMar>
              <w:top w:w="70" w:type="dxa"/>
              <w:bottom w:w="70" w:type="dxa"/>
              <w:start w:w="110" w:type="dxa"/>
              <w:end w:w="110" w:type="dxa"/>
            </w:tcMar>
          </w:tcPr>
          <w:p>
            <w:r>
              <w:rPr>
                <w:rFonts w:ascii="Montserrat" w:hAnsi="Montserrat"/>
                <w:b/>
                <w:i w:val="0"/>
                <w:color w:val="FFFFFF"/>
                <w:sz w:val="19"/>
              </w:rPr>
              <w:t>Key sources</w:t>
            </w:r>
          </w:p>
        </w:tc>
        <w:tc>
          <w:tcPr>
            <w:tcW w:type="dxa" w:w="3312"/>
            <w:shd w:val="clear" w:fill="1F4E79"/>
            <w:tcMar>
              <w:top w:w="70" w:type="dxa"/>
              <w:bottom w:w="70" w:type="dxa"/>
              <w:start w:w="110" w:type="dxa"/>
              <w:end w:w="110" w:type="dxa"/>
            </w:tcMar>
          </w:tcPr>
          <w:p>
            <w:r>
              <w:rPr>
                <w:rFonts w:ascii="Montserrat" w:hAnsi="Montserrat"/>
                <w:b/>
                <w:i w:val="0"/>
                <w:color w:val="FFFFFF"/>
                <w:sz w:val="19"/>
              </w:rPr>
              <w:t>The argument this section makes</w:t>
            </w:r>
          </w:p>
        </w:tc>
      </w:tr>
      <w:tr>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r>
      <w:tr>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r>
      <w:tr>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r>
      <w:tr>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r>
      <w:tr>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c>
          <w:tcPr>
            <w:tcW w:type="dxa" w:w="3312"/>
            <w:tcMar>
              <w:top w:w="90" w:type="dxa"/>
              <w:bottom w:w="90" w:type="dxa"/>
              <w:start w:w="110" w:type="dxa"/>
              <w:end w:w="110" w:type="dxa"/>
            </w:tcMar>
          </w:tcPr>
          <w:p>
            <w:r>
              <w:t xml:space="preserve"> </w:t>
            </w:r>
          </w:p>
        </w:tc>
      </w:tr>
      <w:tr>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c>
          <w:tcPr>
            <w:tcW w:type="dxa" w:w="3312"/>
            <w:tcMar>
              <w:top w:w="90" w:type="dxa"/>
              <w:bottom w:w="90" w:type="dxa"/>
              <w:start w:w="110" w:type="dxa"/>
              <w:end w:w="110" w:type="dxa"/>
            </w:tcMar>
            <w:shd w:val="clear" w:fill="F7F9FB"/>
          </w:tcPr>
          <w:p>
            <w:r>
              <w:t xml:space="preserve"> </w:t>
            </w:r>
          </w:p>
        </w:tc>
      </w:tr>
    </w:tbl>
    <w:p>
      <w:pPr>
        <w:spacing w:after="40"/>
      </w:pPr>
    </w:p>
    <w:p>
      <w:r>
        <w:rPr>
          <w:rFonts w:ascii="Montserrat" w:hAnsi="Montserrat"/>
          <w:b/>
          <w:i w:val="0"/>
          <w:color w:val="1F4E79"/>
          <w:sz w:val="24"/>
        </w:rPr>
        <w:t>Synthesis - agreements, tensions, and the gap your work fills</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pPr>
        <w:pBdr>
          <w:bottom w:val="single" w:sz="4" w:space="6" w:color="C9D2DC"/>
        </w:pBdr>
        <w:spacing w:after="180"/>
      </w:pPr>
      <w:r>
        <w:rPr>
          <w:rFonts w:ascii="Lato" w:hAnsi="Lato"/>
          <w:b w:val="0"/>
          <w:i w:val="0"/>
          <w:sz w:val="22"/>
        </w:rPr>
        <w:t xml:space="preserve"> </w:t>
      </w:r>
    </w:p>
    <w:p>
      <w:r>
        <w:rPr>
          <w:rFonts w:ascii="Montserrat" w:hAnsi="Montserrat"/>
          <w:b/>
          <w:i w:val="0"/>
          <w:color w:val="1F4E79"/>
          <w:sz w:val="24"/>
        </w:rPr>
        <w:t>Verification checklist</w:t>
      </w:r>
    </w:p>
    <w:p>
      <w:r>
        <w:rPr>
          <w:rFonts w:ascii="Lato" w:hAnsi="Lato"/>
          <w:b w:val="0"/>
          <w:i/>
          <w:color w:val="44546A"/>
          <w:sz w:val="19"/>
        </w:rPr>
        <w:t>Before anything leaves your hands:</w:t>
      </w:r>
    </w:p>
    <w:tbl>
      <w:tblPr>
        <w:tblW w:type="auto" w:w="0"/>
        <w:tblLook w:firstColumn="1" w:firstRow="1" w:lastColumn="0" w:lastRow="0" w:noHBand="0" w:noVBand="1" w:val="04A0"/>
        <w:tblBorders>
          <w:top w:val="single" w:sz="4" w:space="0" w:color="DFE4EA"/>
          <w:left w:val="single" w:sz="4" w:space="0" w:color="DFE4EA"/>
          <w:bottom w:val="single" w:sz="4" w:space="0" w:color="DFE4EA"/>
          <w:right w:val="single" w:sz="4" w:space="0" w:color="DFE4EA"/>
          <w:insideH w:val="single" w:sz="4" w:space="0" w:color="DFE4EA"/>
          <w:insideV w:val="single" w:sz="4" w:space="0" w:color="DFE4EA"/>
        </w:tblBorders>
      </w:tblPr>
      <w:tblGrid>
        <w:gridCol w:w="4968"/>
        <w:gridCol w:w="4968"/>
      </w:tblGrid>
      <w:tr>
        <w:tc>
          <w:tcPr>
            <w:tcW w:type="dxa" w:w="4968"/>
            <w:shd w:val="clear" w:fill="1F4E79"/>
            <w:tcMar>
              <w:top w:w="70" w:type="dxa"/>
              <w:bottom w:w="70" w:type="dxa"/>
              <w:start w:w="110" w:type="dxa"/>
              <w:end w:w="110" w:type="dxa"/>
            </w:tcMar>
          </w:tcPr>
          <w:p>
            <w:r>
              <w:rPr>
                <w:rFonts w:ascii="Montserrat" w:hAnsi="Montserrat"/>
                <w:b/>
                <w:i w:val="0"/>
                <w:color w:val="FFFFFF"/>
                <w:sz w:val="19"/>
              </w:rPr>
              <w:t>☐</w:t>
            </w:r>
          </w:p>
        </w:tc>
        <w:tc>
          <w:tcPr>
            <w:tcW w:type="dxa" w:w="4968"/>
            <w:shd w:val="clear" w:fill="1F4E79"/>
            <w:tcMar>
              <w:top w:w="70" w:type="dxa"/>
              <w:bottom w:w="70" w:type="dxa"/>
              <w:start w:w="110" w:type="dxa"/>
              <w:end w:w="110" w:type="dxa"/>
            </w:tcMar>
          </w:tcPr>
          <w:p>
            <w:r>
              <w:rPr>
                <w:rFonts w:ascii="Montserrat" w:hAnsi="Montserrat"/>
                <w:b/>
                <w:i w:val="0"/>
                <w:color w:val="FFFFFF"/>
                <w:sz w:val="19"/>
              </w:rPr>
              <w:t>Check</w:t>
            </w:r>
          </w:p>
        </w:tc>
      </w:tr>
      <w:tr>
        <w:tc>
          <w:tcPr>
            <w:tcW w:type="dxa" w:w="4968"/>
            <w:tcMar>
              <w:top w:w="80" w:type="dxa"/>
              <w:bottom w:w="80" w:type="dxa"/>
              <w:start w:w="110" w:type="dxa"/>
              <w:end w:w="110" w:type="dxa"/>
            </w:tcMar>
          </w:tcPr>
          <w:p>
            <w:r>
              <w:rPr>
                <w:rFonts w:ascii="Lato" w:hAnsi="Lato"/>
                <w:b w:val="0"/>
                <w:i w:val="0"/>
                <w:color w:val="0B1F33"/>
                <w:sz w:val="20"/>
              </w:rPr>
              <w:t>☐</w:t>
            </w:r>
          </w:p>
        </w:tc>
        <w:tc>
          <w:tcPr>
            <w:tcW w:type="dxa" w:w="4968"/>
            <w:tcMar>
              <w:top w:w="80" w:type="dxa"/>
              <w:bottom w:w="80" w:type="dxa"/>
              <w:start w:w="110" w:type="dxa"/>
              <w:end w:w="110" w:type="dxa"/>
            </w:tcMar>
          </w:tcPr>
          <w:p>
            <w:r>
              <w:rPr>
                <w:rFonts w:ascii="Lato" w:hAnsi="Lato"/>
                <w:b w:val="0"/>
                <w:i w:val="0"/>
                <w:color w:val="0B1F33"/>
                <w:sz w:val="20"/>
              </w:rPr>
              <w:t>Every citation opened and confirmed real (not AI-generated)</w:t>
            </w:r>
          </w:p>
        </w:tc>
      </w:tr>
      <w:tr>
        <w:tc>
          <w:tcPr>
            <w:tcW w:type="dxa" w:w="4968"/>
            <w:tcMar>
              <w:top w:w="80" w:type="dxa"/>
              <w:bottom w:w="80" w:type="dxa"/>
              <w:start w:w="110" w:type="dxa"/>
              <w:end w:w="110" w:type="dxa"/>
            </w:tcMar>
            <w:shd w:val="clear" w:fill="F7F9FB"/>
          </w:tcPr>
          <w:p>
            <w:r>
              <w:rPr>
                <w:rFonts w:ascii="Lato" w:hAnsi="Lato"/>
                <w:b w:val="0"/>
                <w:i w:val="0"/>
                <w:color w:val="0B1F33"/>
                <w:sz w:val="20"/>
              </w:rPr>
              <w:t>☐</w:t>
            </w:r>
          </w:p>
        </w:tc>
        <w:tc>
          <w:tcPr>
            <w:tcW w:type="dxa" w:w="4968"/>
            <w:tcMar>
              <w:top w:w="80" w:type="dxa"/>
              <w:bottom w:w="80" w:type="dxa"/>
              <w:start w:w="110" w:type="dxa"/>
              <w:end w:w="110" w:type="dxa"/>
            </w:tcMar>
            <w:shd w:val="clear" w:fill="F7F9FB"/>
          </w:tcPr>
          <w:p>
            <w:r>
              <w:rPr>
                <w:rFonts w:ascii="Lato" w:hAnsi="Lato"/>
                <w:b w:val="0"/>
                <w:i w:val="0"/>
                <w:color w:val="0B1F33"/>
                <w:sz w:val="20"/>
              </w:rPr>
              <w:t>Every quoted sentence located in the actual source</w:t>
            </w:r>
          </w:p>
        </w:tc>
      </w:tr>
      <w:tr>
        <w:tc>
          <w:tcPr>
            <w:tcW w:type="dxa" w:w="4968"/>
            <w:tcMar>
              <w:top w:w="80" w:type="dxa"/>
              <w:bottom w:w="80" w:type="dxa"/>
              <w:start w:w="110" w:type="dxa"/>
              <w:end w:w="110" w:type="dxa"/>
            </w:tcMar>
          </w:tcPr>
          <w:p>
            <w:r>
              <w:rPr>
                <w:rFonts w:ascii="Lato" w:hAnsi="Lato"/>
                <w:b w:val="0"/>
                <w:i w:val="0"/>
                <w:color w:val="0B1F33"/>
                <w:sz w:val="20"/>
              </w:rPr>
              <w:t>☐</w:t>
            </w:r>
          </w:p>
        </w:tc>
        <w:tc>
          <w:tcPr>
            <w:tcW w:type="dxa" w:w="4968"/>
            <w:tcMar>
              <w:top w:w="80" w:type="dxa"/>
              <w:bottom w:w="80" w:type="dxa"/>
              <w:start w:w="110" w:type="dxa"/>
              <w:end w:w="110" w:type="dxa"/>
            </w:tcMar>
          </w:tcPr>
          <w:p>
            <w:r>
              <w:rPr>
                <w:rFonts w:ascii="Lato" w:hAnsi="Lato"/>
                <w:b w:val="0"/>
                <w:i w:val="0"/>
                <w:color w:val="0B1F33"/>
                <w:sz w:val="20"/>
              </w:rPr>
              <w:t>Every claim traced to a verified summary, none invented</w:t>
            </w:r>
          </w:p>
        </w:tc>
      </w:tr>
      <w:tr>
        <w:tc>
          <w:tcPr>
            <w:tcW w:type="dxa" w:w="4968"/>
            <w:tcMar>
              <w:top w:w="80" w:type="dxa"/>
              <w:bottom w:w="80" w:type="dxa"/>
              <w:start w:w="110" w:type="dxa"/>
              <w:end w:w="110" w:type="dxa"/>
            </w:tcMar>
            <w:shd w:val="clear" w:fill="F7F9FB"/>
          </w:tcPr>
          <w:p>
            <w:r>
              <w:rPr>
                <w:rFonts w:ascii="Lato" w:hAnsi="Lato"/>
                <w:b w:val="0"/>
                <w:i w:val="0"/>
                <w:color w:val="0B1F33"/>
                <w:sz w:val="20"/>
              </w:rPr>
              <w:t>☐</w:t>
            </w:r>
          </w:p>
        </w:tc>
        <w:tc>
          <w:tcPr>
            <w:tcW w:type="dxa" w:w="4968"/>
            <w:tcMar>
              <w:top w:w="80" w:type="dxa"/>
              <w:bottom w:w="80" w:type="dxa"/>
              <w:start w:w="110" w:type="dxa"/>
              <w:end w:w="110" w:type="dxa"/>
            </w:tcMar>
            <w:shd w:val="clear" w:fill="F7F9FB"/>
          </w:tcPr>
          <w:p>
            <w:r>
              <w:rPr>
                <w:rFonts w:ascii="Lato" w:hAnsi="Lato"/>
                <w:b w:val="0"/>
                <w:i w:val="0"/>
                <w:color w:val="0B1F33"/>
                <w:sz w:val="20"/>
              </w:rPr>
              <w:t>Numbers and statistics checked against the original</w:t>
            </w:r>
          </w:p>
        </w:tc>
      </w:tr>
      <w:tr>
        <w:tc>
          <w:tcPr>
            <w:tcW w:type="dxa" w:w="4968"/>
            <w:tcMar>
              <w:top w:w="80" w:type="dxa"/>
              <w:bottom w:w="80" w:type="dxa"/>
              <w:start w:w="110" w:type="dxa"/>
              <w:end w:w="110" w:type="dxa"/>
            </w:tcMar>
          </w:tcPr>
          <w:p>
            <w:r>
              <w:rPr>
                <w:rFonts w:ascii="Lato" w:hAnsi="Lato"/>
                <w:b w:val="0"/>
                <w:i w:val="0"/>
                <w:color w:val="0B1F33"/>
                <w:sz w:val="20"/>
              </w:rPr>
              <w:t>☐</w:t>
            </w:r>
          </w:p>
        </w:tc>
        <w:tc>
          <w:tcPr>
            <w:tcW w:type="dxa" w:w="4968"/>
            <w:tcMar>
              <w:top w:w="80" w:type="dxa"/>
              <w:bottom w:w="80" w:type="dxa"/>
              <w:start w:w="110" w:type="dxa"/>
              <w:end w:w="110" w:type="dxa"/>
            </w:tcMar>
          </w:tcPr>
          <w:p>
            <w:r>
              <w:rPr>
                <w:rFonts w:ascii="Lato" w:hAnsi="Lato"/>
                <w:b w:val="0"/>
                <w:i w:val="0"/>
                <w:color w:val="0B1F33"/>
                <w:sz w:val="20"/>
              </w:rPr>
              <w:t>Paraphrased in my own words, not the AI's</w:t>
            </w:r>
          </w:p>
        </w:tc>
      </w:tr>
    </w:tbl>
    <w:p>
      <w:pPr>
        <w:spacing w:after="40"/>
      </w:pP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ontserrat" w:hAnsi="Montserrat"/>
        <w:b w:val="0"/>
        <w:i w:val="0"/>
        <w:color w:val="44546A"/>
        <w:sz w:val="16"/>
      </w:rPr>
      <w:t xml:space="preserve">novabytepress.com   ·   Research Templates   ·   </w:t>
    </w:r>
    <w:r>
      <w:rPr>
        <w:rFonts w:ascii="Montserrat" w:hAnsi="Montserrat"/>
        <w:b/>
        <w:i w:val="0"/>
        <w:color w:val="1F4E79"/>
        <w:sz w:val="16"/>
      </w:rPr>
      <w:t>AI drafts. You verify.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ato" w:hAnsi="Lato"/>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