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ontserrat" w:hAnsi="Montserrat"/>
          <w:b/>
          <w:i w:val="0"/>
          <w:color w:val="D4A017"/>
          <w:sz w:val="22"/>
        </w:rPr>
        <w:t>NOVABYTE AI SUCCESS SERIES</w:t>
      </w:r>
    </w:p>
    <w:p>
      <w:pPr>
        <w:jc w:val="center"/>
      </w:pPr>
      <w:r>
        <w:rPr>
          <w:rFonts w:ascii="Montserrat" w:hAnsi="Montserrat"/>
          <w:b/>
          <w:i w:val="0"/>
          <w:color w:val="0B1F33"/>
          <w:sz w:val="68"/>
        </w:rPr>
        <w:t>Email Template Pack</w:t>
      </w:r>
    </w:p>
    <w:p>
      <w:pPr>
        <w:jc w:val="center"/>
        <w:pBdr>
          <w:bottom w:val="single" w:sz="18" w:space="2" w:color="D4A017"/>
        </w:pBdr>
      </w:pPr>
    </w:p>
    <w:p>
      <w:pPr>
        <w:jc w:val="center"/>
      </w:pPr>
      <w:r>
        <w:rPr>
          <w:rFonts w:ascii="Lato" w:hAnsi="Lato"/>
          <w:b w:val="0"/>
          <w:i/>
          <w:color w:val="44546A"/>
          <w:sz w:val="24"/>
        </w:rPr>
        <w:t>Fifteen professional emails, ready to edit. Each includes a prompt to generate your own version and a fillable example.</w:t>
      </w:r>
    </w:p>
    <w:p>
      <w:pPr>
        <w:jc w:val="center"/>
      </w:pPr>
      <w:r>
        <w:rPr>
          <w:rFonts w:ascii="Montserrat" w:hAnsi="Montserrat"/>
          <w:b/>
          <w:i w:val="0"/>
          <w:color w:val="D4A017"/>
          <w:sz w:val="26"/>
        </w:rPr>
        <w:t>15 templates</w:t>
      </w:r>
    </w:p>
    <w:p>
      <w:pPr>
        <w:jc w:val="center"/>
      </w:pPr>
      <w:r>
        <w:rPr>
          <w:rFonts w:ascii="Lato" w:hAnsi="Lato"/>
          <w:b w:val="0"/>
          <w:i w:val="0"/>
          <w:color w:val="44546A"/>
          <w:sz w:val="22"/>
        </w:rPr>
        <w:t xml:space="preserve">Replace the </w:t>
      </w:r>
      <w:r>
        <w:rPr>
          <w:rFonts w:ascii="Lato" w:hAnsi="Lato"/>
          <w:b w:val="0"/>
          <w:i/>
          <w:color w:val="6B3FA0"/>
          <w:sz w:val="22"/>
        </w:rPr>
        <w:t>[highlighted parts]</w:t>
      </w:r>
      <w:r>
        <w:rPr>
          <w:rFonts w:ascii="Lato" w:hAnsi="Lato"/>
          <w:b w:val="0"/>
          <w:i w:val="0"/>
          <w:color w:val="44546A"/>
          <w:sz w:val="22"/>
        </w:rPr>
        <w:t xml:space="preserve"> with your own details.  </w:t>
      </w:r>
      <w:r>
        <w:rPr>
          <w:rFonts w:ascii="Lato" w:hAnsi="Lato"/>
          <w:b/>
          <w:i w:val="0"/>
          <w:color w:val="1F4E79"/>
          <w:sz w:val="22"/>
        </w:rPr>
        <w:t>AI drafts. You verify.</w:t>
      </w:r>
    </w:p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1.  </w:t>
      </w:r>
      <w:r>
        <w:rPr>
          <w:rFonts w:ascii="Montserrat" w:hAnsi="Montserrat"/>
          <w:b/>
          <w:i w:val="0"/>
          <w:color w:val="0B1F33"/>
          <w:sz w:val="40"/>
        </w:rPr>
        <w:t>Professional inquiry</w:t>
      </w:r>
    </w:p>
    <w:p>
      <w:r>
        <w:rPr>
          <w:rFonts w:ascii="Lato" w:hAnsi="Lato"/>
          <w:b w:val="0"/>
          <w:i/>
          <w:color w:val="44546A"/>
          <w:sz w:val="22"/>
        </w:rPr>
        <w:t>Ask a question or request information from someone you don't know well.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my professional writing assistant.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 short, polite inquiry email.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To: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[who]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I want to know: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[your question]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Why: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[brief reason]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About me: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[one line]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Under 120 words, courteous, one clear question, easy to answer.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Inquiry about your consulting services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Dear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I'm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,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role]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at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[company]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. I came across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[how you found them]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and wanted to ask whether you take on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[type of work]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Specifically, I'd like to know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question — e.g. your availability in the next quarter and rough pricing]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If it's easier to talk, I'm happy to find a time. Thank you for your help.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Best regards,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2.  </w:t>
      </w:r>
      <w:r>
        <w:rPr>
          <w:rFonts w:ascii="Montserrat" w:hAnsi="Montserrat"/>
          <w:b/>
          <w:i w:val="0"/>
          <w:color w:val="0B1F33"/>
          <w:sz w:val="40"/>
        </w:rPr>
        <w:t>Follow-up</w:t>
      </w:r>
    </w:p>
    <w:p>
      <w:r>
        <w:rPr>
          <w:rFonts w:ascii="Lato" w:hAnsi="Lato"/>
          <w:b w:val="0"/>
          <w:i/>
          <w:color w:val="44546A"/>
          <w:sz w:val="22"/>
        </w:rPr>
        <w:t>Nudge a message that hasn't been answered, without nagging.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tactful professional writer.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 polite follow-up on an email that hasn't had a reply.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What I asked: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[describe]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When I sent it: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[when]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 Tone: friendly, not pushy.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One short paragraph, warm, gives an easy way to respond.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Following up: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[original subject]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Just following up on my note from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[when]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about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[topic]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 I know things get busy, so no worries if it slipped through.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Whenever you have a moment,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[the specific thing you need — e.g. your thoughts on the proposal]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would be a big help.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Thanks so much,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3.  </w:t>
      </w:r>
      <w:r>
        <w:rPr>
          <w:rFonts w:ascii="Montserrat" w:hAnsi="Montserrat"/>
          <w:b/>
          <w:i w:val="0"/>
          <w:color w:val="0B1F33"/>
          <w:sz w:val="40"/>
        </w:rPr>
        <w:t>Thank you</w:t>
      </w:r>
    </w:p>
    <w:p>
      <w:r>
        <w:rPr>
          <w:rFonts w:ascii="Lato" w:hAnsi="Lato"/>
          <w:b w:val="0"/>
          <w:i/>
          <w:color w:val="44546A"/>
          <w:sz w:val="22"/>
        </w:rPr>
        <w:t>Acknowledge help, time, or an opportunity — specifically, not generically.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warm, sincere writer.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 thank-you email.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To: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[who]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For: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[exactly what they did]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Impact: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[why it mattered to you]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Warm and specific, under 120 words, names the actual thing they did.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Thank you for your time today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Dear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Thank you for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[the specific thing — e.g. taking the time to walk me through the onboarding process this morning]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. It made a real difference —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[why it helped]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 especially appreciated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[one specific detail]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 It's given me a much clearer path forward.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Thanks again, and I hope to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[return the favour / stay in touch]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Warm regards,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4.  </w:t>
      </w:r>
      <w:r>
        <w:rPr>
          <w:rFonts w:ascii="Montserrat" w:hAnsi="Montserrat"/>
          <w:b/>
          <w:i w:val="0"/>
          <w:color w:val="0B1F33"/>
          <w:sz w:val="40"/>
        </w:rPr>
        <w:t>Meeting request</w:t>
      </w:r>
    </w:p>
    <w:p>
      <w:r>
        <w:rPr>
          <w:rFonts w:ascii="Lato" w:hAnsi="Lato"/>
          <w:b w:val="0"/>
          <w:i/>
          <w:color w:val="44546A"/>
          <w:sz w:val="22"/>
        </w:rPr>
        <w:t>Propose a meeting with a clear purpose and easy scheduling.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my scheduling assistant.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an email requesting a meeting.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With: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[who]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Purpose: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[why]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Rough timing: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[when]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Length: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[duration]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Brief, states the purpose, offers two or three specific time options.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Quick meeting about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[topic]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?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I'd like to set up a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[30-minute]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conversation about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[purpose — e.g. the Q3 marketing plan]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. The goal would be to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[desired outcome]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Would any of these work for you?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[Day, time]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[Day, time]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[Day, time]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If none suit, just send a couple of times that do and I'll make it work.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Best,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5.  </w:t>
      </w:r>
      <w:r>
        <w:rPr>
          <w:rFonts w:ascii="Montserrat" w:hAnsi="Montserrat"/>
          <w:b/>
          <w:i w:val="0"/>
          <w:color w:val="0B1F33"/>
          <w:sz w:val="40"/>
        </w:rPr>
        <w:t>Client update</w:t>
      </w:r>
    </w:p>
    <w:p>
      <w:r>
        <w:rPr>
          <w:rFonts w:ascii="Lato" w:hAnsi="Lato"/>
          <w:b w:val="0"/>
          <w:i/>
          <w:color w:val="44546A"/>
          <w:sz w:val="22"/>
        </w:rPr>
        <w:t>Keep a client informed and confident with a structured progress note.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an account manager.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Turn these notes into a client-facing update email.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Client: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Period: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[week/month]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Notes: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[what happened, what's next]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Confident and structured: done, in progress, next steps, any blockers.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[Project]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update — week of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[date]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Here's where things stand this week on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[project]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Completed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[item]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[item]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In progress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[item]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— on track for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[date]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Next up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[item]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[If relevant: One thing I need from you — [the ask, with a date]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Happy to jump on a call if anything needs discussing.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Best,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6.  </w:t>
      </w:r>
      <w:r>
        <w:rPr>
          <w:rFonts w:ascii="Montserrat" w:hAnsi="Montserrat"/>
          <w:b/>
          <w:i w:val="0"/>
          <w:color w:val="0B1F33"/>
          <w:sz w:val="40"/>
        </w:rPr>
        <w:t>Project update</w:t>
      </w:r>
    </w:p>
    <w:p>
      <w:r>
        <w:rPr>
          <w:rFonts w:ascii="Lato" w:hAnsi="Lato"/>
          <w:b w:val="0"/>
          <w:i/>
          <w:color w:val="44546A"/>
          <w:sz w:val="22"/>
        </w:rPr>
        <w:t>Update your team or manager on a project's status internally.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my communications assistant.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Turn these notes into an internal project update.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Project: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Audience: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[team/manager]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Notes: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[progress, risks, needs]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Short summary line, then progress, risks, and what you need — bulleted.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[Project]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— status update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Hi team,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Quick update on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[project]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. Overall: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[on track / at risk / delayed]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for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[milestone]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Progress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[item]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[item]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Risks / blockers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[item, and what would unblock it]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Need from you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: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[the ask]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by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[date]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Full detail in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[doc/link]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 Questions welcome.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Thanks,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7.  </w:t>
      </w:r>
      <w:r>
        <w:rPr>
          <w:rFonts w:ascii="Montserrat" w:hAnsi="Montserrat"/>
          <w:b/>
          <w:i w:val="0"/>
          <w:color w:val="0B1F33"/>
          <w:sz w:val="40"/>
        </w:rPr>
        <w:t>Reminder</w:t>
      </w:r>
    </w:p>
    <w:p>
      <w:r>
        <w:rPr>
          <w:rFonts w:ascii="Lato" w:hAnsi="Lato"/>
          <w:b w:val="0"/>
          <w:i/>
          <w:color w:val="44546A"/>
          <w:sz w:val="22"/>
        </w:rPr>
        <w:t>Remind someone of a deadline or commitment, gently or firmly.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friendly project coordinator.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 reminder email about an upcoming deadline or task.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Task: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[what]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Owner: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[who]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Due: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[date]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Tone: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[gentle / firm]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One short paragraph, clear on exactly what's needed and by when.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Reminder: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[task]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due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[date]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A quick reminder that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[task — e.g. the signed contract]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is due by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[date]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If it's already on its way, please ignore this. If you need anything from me to get it over the line, just say the word.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Thanks,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8.  </w:t>
      </w:r>
      <w:r>
        <w:rPr>
          <w:rFonts w:ascii="Montserrat" w:hAnsi="Montserrat"/>
          <w:b/>
          <w:i w:val="0"/>
          <w:color w:val="0B1F33"/>
          <w:sz w:val="40"/>
        </w:rPr>
        <w:t>Apology</w:t>
      </w:r>
    </w:p>
    <w:p>
      <w:r>
        <w:rPr>
          <w:rFonts w:ascii="Lato" w:hAnsi="Lato"/>
          <w:b w:val="0"/>
          <w:i/>
          <w:color w:val="44546A"/>
          <w:sz w:val="22"/>
        </w:rPr>
        <w:t>Own a mistake or delay cleanly and move to the fix.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calm, accountable communications writer.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an email apologising for a mistake or delay.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What happened: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[describe]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Why: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[brief, no excuses]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The fix: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[what you'll do]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Own it briefly, no over-apologising, end on the concrete fix and timeline.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Apology for the delay on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[item]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I'm sorry for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[the specific issue — e.g. the delay in sending the report]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.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[One line of honest context, not an excuse.]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Here's how I'm putting it right: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[the fix]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, which you'll have by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[date]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Thank you for your patience — I appreciate it, and I'll make sure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[the safeguard so it doesn't recur]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Best,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9.  </w:t>
      </w:r>
      <w:r>
        <w:rPr>
          <w:rFonts w:ascii="Montserrat" w:hAnsi="Montserrat"/>
          <w:b/>
          <w:i w:val="0"/>
          <w:color w:val="0B1F33"/>
          <w:sz w:val="40"/>
        </w:rPr>
        <w:t>Networking</w:t>
      </w:r>
    </w:p>
    <w:p>
      <w:r>
        <w:rPr>
          <w:rFonts w:ascii="Lato" w:hAnsi="Lato"/>
          <w:b w:val="0"/>
          <w:i/>
          <w:color w:val="44546A"/>
          <w:sz w:val="22"/>
        </w:rPr>
        <w:t>Reach out to build a genuine professional connection.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warm, authentic networker who hates spam.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 short networking email to someone I'd like to connect with.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Them: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[who, and why them]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Me: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[one line]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The genuine reason: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[why connect]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Under 100 words, specific about why them, low-pressure, human.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Enjoyed your talk on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[topic]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[how you encountered them — e.g. attended your session on AI ethics last week]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and found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[one specific, genuine thing you took from it]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I'm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[one line about you]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, and I'd love to stay connected — I think we share an interest in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[common ground]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No agenda beyond that. If you're ever up for a coffee or a quick call, I'd enjoy it.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Best,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10.  </w:t>
      </w:r>
      <w:r>
        <w:rPr>
          <w:rFonts w:ascii="Montserrat" w:hAnsi="Montserrat"/>
          <w:b/>
          <w:i w:val="0"/>
          <w:color w:val="0B1F33"/>
          <w:sz w:val="40"/>
        </w:rPr>
        <w:t>Interview follow-up</w:t>
      </w:r>
    </w:p>
    <w:p>
      <w:r>
        <w:rPr>
          <w:rFonts w:ascii="Lato" w:hAnsi="Lato"/>
          <w:b w:val="0"/>
          <w:i/>
          <w:color w:val="44546A"/>
          <w:sz w:val="22"/>
        </w:rPr>
        <w:t>Thank an interviewer and reaffirm your interest afterwards.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career-communications specialist.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 thank-you and follow-up email after a job interview.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Role: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[title]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Interviewer: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One thing discussed: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[specific detail]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Short, specific, reaffirms interest, references something real from the conversation.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Thank you —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[role]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interview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Dear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Thank you for taking the time to speak with me today about the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[role]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position. I enjoyed the conversation, especially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[specific thing you discussed — e.g. how the team approaches product decisions]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It confirmed my enthusiasm for the role, and I'm confident my experience in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[relevant area]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would let me contribute quickly.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Please don't hesitate to reach out if any further information would help. I look forward to next steps.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Best regards,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11.  </w:t>
      </w:r>
      <w:r>
        <w:rPr>
          <w:rFonts w:ascii="Montserrat" w:hAnsi="Montserrat"/>
          <w:b/>
          <w:i w:val="0"/>
          <w:color w:val="0B1F33"/>
          <w:sz w:val="40"/>
        </w:rPr>
        <w:t>Introduction</w:t>
      </w:r>
    </w:p>
    <w:p>
      <w:r>
        <w:rPr>
          <w:rFonts w:ascii="Lato" w:hAnsi="Lato"/>
          <w:b w:val="0"/>
          <w:i/>
          <w:color w:val="44546A"/>
          <w:sz w:val="22"/>
        </w:rPr>
        <w:t>Connect two people with a clear reason each will benefit.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warm professional connector.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 double opt-in introduction email connecting two people.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Person A: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[name, why]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Person B: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[name, why]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The value: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[why connect them]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Short, says why each will benefit, hands the conversation over to them.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Intro: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[Person A]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&lt;&gt;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[Person B]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[Person A]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and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[Person B]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 wanted to connect you both.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[Person A]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—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[Person B]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is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[one line + why relevant to A]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.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[Person B]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—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[Person A]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is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[one line + why relevant to B]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 think there's a real overlap around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[the shared interest / opportunity]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I'll step back and let you two take it from here. Enjoy the conversation.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Best,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12.  </w:t>
      </w:r>
      <w:r>
        <w:rPr>
          <w:rFonts w:ascii="Montserrat" w:hAnsi="Montserrat"/>
          <w:b/>
          <w:i w:val="0"/>
          <w:color w:val="0B1F33"/>
          <w:sz w:val="40"/>
        </w:rPr>
        <w:t>Decline politely</w:t>
      </w:r>
    </w:p>
    <w:p>
      <w:r>
        <w:rPr>
          <w:rFonts w:ascii="Lato" w:hAnsi="Lato"/>
          <w:b w:val="0"/>
          <w:i/>
          <w:color w:val="44546A"/>
          <w:sz w:val="22"/>
        </w:rPr>
        <w:t>Say no to a request while keeping the relationship warm.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 diplomatic communications specialist.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an email politely declining a request or invitation.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Request: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[describe]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Reason: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[brief]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 Keep goodwill: yes.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Under 100 words, warm, clear no, offers an alternative if there is one.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Re: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[their request]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Thank you for thinking of me for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[the request]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 It's genuinely kind of you to ask.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Unfortunately I'm not able to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[do it]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right now, as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[brief honest reason — e.g. my plate is full through the end of the quarter]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[If possible: What I can offer instead — e.g. I'd be glad to point you to someone who'd be a great fit, or revisit this in [timeframe]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Wishing you the best with it.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Warm regards,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13.  </w:t>
      </w:r>
      <w:r>
        <w:rPr>
          <w:rFonts w:ascii="Montserrat" w:hAnsi="Montserrat"/>
          <w:b/>
          <w:i w:val="0"/>
          <w:color w:val="0B1F33"/>
          <w:sz w:val="40"/>
        </w:rPr>
        <w:t>Reschedule</w:t>
      </w:r>
    </w:p>
    <w:p>
      <w:r>
        <w:rPr>
          <w:rFonts w:ascii="Lato" w:hAnsi="Lato"/>
          <w:b w:val="0"/>
          <w:i/>
          <w:color w:val="44546A"/>
          <w:sz w:val="22"/>
        </w:rPr>
        <w:t>Move a meeting without friction.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my scheduling assistant.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 short email rescheduling a meeting.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Original: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[when]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Reason: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[brief]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New options: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[two or three slots]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Apologetic but brief, offers clear alternatives, keeps it easy.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Rescheduling our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[day]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meeting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I'm sorry, but I need to move our meeting on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[original day/time]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 —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[brief reason]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Could any of these work instead?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[Day, time]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[Day, time]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Apologies for the shuffle, and thank you for being flexible. If it's simpler, send me a time that suits and I'll adjust.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Best,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14.  </w:t>
      </w:r>
      <w:r>
        <w:rPr>
          <w:rFonts w:ascii="Montserrat" w:hAnsi="Montserrat"/>
          <w:b/>
          <w:i w:val="0"/>
          <w:color w:val="0B1F33"/>
          <w:sz w:val="40"/>
        </w:rPr>
        <w:t>Status update to manager</w:t>
      </w:r>
    </w:p>
    <w:p>
      <w:r>
        <w:rPr>
          <w:rFonts w:ascii="Lato" w:hAnsi="Lato"/>
          <w:b w:val="0"/>
          <w:i/>
          <w:color w:val="44546A"/>
          <w:sz w:val="22"/>
        </w:rPr>
        <w:t>Give your manager a fast, scannable read on where you are.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my communications assistant.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Turn these rough notes into a clear status update for my manager.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Notes: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[paste]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Period: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[today/this week]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Anything you need: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[decision/help]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One opening line, three bullets, one closing line on next steps or asks.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My week — quick status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Quick status for the week.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[Main thing done / shipped]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[In progress, with expected finish]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-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[Anything blocked or needing your input]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Next week I'll focus on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[priority]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.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[If needed: One decision I need from you — [the ask]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Happy to discuss in our 1:1.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Thanks,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p>
      <w:r>
        <w:br w:type="page"/>
      </w:r>
    </w:p>
    <w:p>
      <w:pPr>
        <w:pBdr>
          <w:bottom w:val="single" w:sz="18" w:space="2" w:color="D4A017"/>
        </w:pBdr>
      </w:pPr>
      <w:r>
        <w:rPr>
          <w:rFonts w:ascii="Montserrat" w:hAnsi="Montserrat"/>
          <w:b/>
          <w:i w:val="0"/>
          <w:color w:val="D4A017"/>
          <w:sz w:val="40"/>
        </w:rPr>
        <w:t xml:space="preserve">15.  </w:t>
      </w:r>
      <w:r>
        <w:rPr>
          <w:rFonts w:ascii="Montserrat" w:hAnsi="Montserrat"/>
          <w:b/>
          <w:i w:val="0"/>
          <w:color w:val="0B1F33"/>
          <w:sz w:val="40"/>
        </w:rPr>
        <w:t>Cold outreach</w:t>
      </w:r>
    </w:p>
    <w:p>
      <w:r>
        <w:rPr>
          <w:rFonts w:ascii="Lato" w:hAnsi="Lato"/>
          <w:b w:val="0"/>
          <w:i/>
          <w:color w:val="44546A"/>
          <w:sz w:val="22"/>
        </w:rPr>
        <w:t>Introduce yourself to someone with no prior relationship.</w:t>
      </w:r>
    </w:p>
    <w:p>
      <w:r>
        <w:rPr>
          <w:rFonts w:ascii="Montserrat" w:hAnsi="Montserrat"/>
          <w:b/>
          <w:i w:val="0"/>
          <w:color w:val="1F4E79"/>
          <w:sz w:val="20"/>
        </w:rPr>
        <w:t>THE PROMPT — GENERATE YOUR OWN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/>
          <w:bottom w:val="nil"/>
          <w:right w:val="nil"/>
          <w:insideH w:val="nil"/>
          <w:insideV w:val="nil"/>
          <w:left w:val="single" w:sz="36" w:space="0" w:color="1F4E79"/>
        </w:tblBorders>
      </w:tblPr>
      <w:tblGrid>
        <w:gridCol w:w="9648"/>
      </w:tblGrid>
      <w:tr>
        <w:tc>
          <w:tcPr>
            <w:tcW w:type="dxa" w:w="9648"/>
            <w:shd w:val="clear" w:fill="E9EFF6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/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Role: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You are an outreach specialist who hates spam as much as I do.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Task: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Write a short cold outreach email introducing myself with a specific reason.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Context: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Them: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[who]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Me: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[one line]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Why now: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[the specific trigger]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 xml:space="preserve">. Small ask: </w:t>
            </w:r>
            <w:r>
              <w:rPr>
                <w:rFonts w:ascii="Lato" w:hAnsi="Lato"/>
                <w:b w:val="0"/>
                <w:i/>
                <w:color w:val="6B3FA0"/>
                <w:sz w:val="21"/>
              </w:rPr>
              <w:t>[what]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.</w:t>
            </w:r>
          </w:p>
          <w:p>
            <w:r>
              <w:rPr>
                <w:rFonts w:ascii="Montserrat" w:hAnsi="Montserrat"/>
                <w:b/>
                <w:i w:val="0"/>
                <w:color w:val="1F4E79"/>
                <w:sz w:val="21"/>
              </w:rPr>
              <w:t xml:space="preserve">Format:  </w:t>
            </w:r>
            <w:r>
              <w:rPr>
                <w:rFonts w:ascii="Lato" w:hAnsi="Lato"/>
                <w:b w:val="0"/>
                <w:i w:val="0"/>
                <w:color w:val="0B1F33"/>
                <w:sz w:val="21"/>
              </w:rPr>
              <w:t>Under 100 words, one genuine reason you're writing to THEM, tiny easy ask.</w:t>
            </w:r>
          </w:p>
        </w:tc>
      </w:tr>
    </w:tbl>
    <w:p>
      <w:r>
        <w:rPr>
          <w:rFonts w:ascii="Montserrat" w:hAnsi="Montserrat"/>
          <w:b/>
          <w:i w:val="0"/>
          <w:color w:val="1F4E79"/>
          <w:sz w:val="20"/>
        </w:rPr>
        <w:t>READY-TO-EDIT EXAMPLE</w:t>
      </w: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8"/>
      </w:tblGrid>
      <w:tr>
        <w:tc>
          <w:tcPr>
            <w:tcW w:type="dxa" w:w="9648"/>
            <w:shd w:val="clear" w:fill="F4F6F8"/>
            <w:tcMar>
              <w:top w:w="100" w:type="dxa"/>
              <w:bottom w:w="100" w:type="dxa"/>
              <w:start w:w="140" w:type="dxa"/>
              <w:end w:w="140" w:type="dxa"/>
            </w:tcMar>
          </w:tcPr>
          <w:p>
            <w:r>
              <w:rPr>
                <w:rFonts w:ascii="Montserrat" w:hAnsi="Montserrat"/>
                <w:b/>
                <w:i w:val="0"/>
                <w:color w:val="44546A"/>
                <w:sz w:val="18"/>
              </w:rPr>
              <w:t xml:space="preserve">SUBJECT  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[Specific, relevant subject]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FE4EA"/>
          <w:left w:val="single" w:sz="4" w:space="0" w:color="DFE4EA"/>
          <w:bottom w:val="single" w:sz="4" w:space="0" w:color="DFE4EA"/>
          <w:right w:val="single" w:sz="4" w:space="0" w:color="DFE4EA"/>
        </w:tblBorders>
      </w:tblPr>
      <w:tblGrid>
        <w:gridCol w:w="9648"/>
      </w:tblGrid>
      <w:tr>
        <w:tc>
          <w:tcPr>
            <w:tcW w:type="dxa" w:w="9648"/>
            <w:tcMar>
              <w:top w:w="140" w:type="dxa"/>
              <w:bottom w:w="140" w:type="dxa"/>
              <w:start w:w="140" w:type="dxa"/>
              <w:end w:w="140" w:type="dxa"/>
            </w:tcMar>
          </w:tcPr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Hi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[Name]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,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I'll keep this short. I'm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[one line about you]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, and I'm reaching out because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[the specific, genuine reason — e.g. I saw your team just launched X and had a thought that might help]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[One sentence of value — the insight, resource, or relevance to them.]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Would you be open to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[the small ask — e.g. a 15-minute call next week]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 xml:space="preserve">? Either way, keep up the great work on </w:t>
            </w:r>
            <w:r>
              <w:rPr>
                <w:rFonts w:ascii="Lato" w:hAnsi="Lato"/>
                <w:b w:val="0"/>
                <w:i/>
                <w:color w:val="6B3FA0"/>
                <w:sz w:val="22"/>
              </w:rPr>
              <w:t>[specific thing]</w:t>
            </w: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.</w:t>
            </w:r>
          </w:p>
          <w:p>
            <w:pPr>
              <w:spacing w:after="40"/>
            </w:pPr>
          </w:p>
          <w:p>
            <w:pPr>
              <w:spacing w:after="40"/>
            </w:pPr>
            <w:r>
              <w:rPr>
                <w:rFonts w:ascii="Lato" w:hAnsi="Lato"/>
                <w:b w:val="0"/>
                <w:i w:val="0"/>
                <w:color w:val="0B1F33"/>
                <w:sz w:val="22"/>
              </w:rPr>
              <w:t>Best,</w:t>
            </w:r>
          </w:p>
          <w:p>
            <w:pPr>
              <w:spacing w:after="40"/>
            </w:pPr>
            <w:r>
              <w:rPr>
                <w:rFonts w:ascii="Lato" w:hAnsi="Lato"/>
                <w:b w:val="0"/>
                <w:i/>
                <w:color w:val="6B3FA0"/>
                <w:sz w:val="22"/>
              </w:rPr>
              <w:t>[Your name]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ontserrat" w:hAnsi="Montserrat"/>
        <w:b w:val="0"/>
        <w:i w:val="0"/>
        <w:color w:val="44546A"/>
        <w:sz w:val="16"/>
      </w:rPr>
      <w:t xml:space="preserve">novabytepress.com   ·   Email Template Pack   ·   </w:t>
    </w:r>
    <w:r>
      <w:rPr>
        <w:rFonts w:ascii="Montserrat" w:hAnsi="Montserrat"/>
        <w:b/>
        <w:i w:val="0"/>
        <w:color w:val="1F4E79"/>
        <w:sz w:val="16"/>
      </w:rPr>
      <w:t>AI drafts. You verify.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Lato" w:hAnsi="Lato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